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82CF2" w14:textId="190E5552" w:rsidR="00CF7F0D" w:rsidRDefault="00000000" w:rsidP="008078AE">
      <w:pPr>
        <w:spacing w:after="0"/>
        <w:jc w:val="center"/>
      </w:pPr>
      <w:r>
        <w:rPr>
          <w:b/>
          <w:sz w:val="24"/>
        </w:rPr>
        <w:t>CỘNG HÒA XÃ HỘI CHỦ NGHĨA VIỆT NAM</w:t>
      </w:r>
      <w:r>
        <w:rPr>
          <w:b/>
          <w:sz w:val="24"/>
        </w:rPr>
        <w:br/>
      </w:r>
      <w:r>
        <w:rPr>
          <w:b/>
        </w:rPr>
        <w:t>Độc lập - Tự do - Hạnh phúc</w:t>
      </w:r>
    </w:p>
    <w:p w14:paraId="0D4141B1" w14:textId="55EBFD22" w:rsidR="00CF7F0D" w:rsidRDefault="008078AE" w:rsidP="008078AE">
      <w:pPr>
        <w:spacing w:after="0"/>
        <w:jc w:val="right"/>
      </w:pPr>
      <w:r>
        <w:rPr>
          <w:i/>
          <w:noProof/>
        </w:rPr>
        <mc:AlternateContent>
          <mc:Choice Requires="wps">
            <w:drawing>
              <wp:anchor distT="0" distB="0" distL="114300" distR="114300" simplePos="0" relativeHeight="251657728" behindDoc="0" locked="0" layoutInCell="1" allowOverlap="1" wp14:anchorId="7D507598" wp14:editId="7F07B1A0">
                <wp:simplePos x="0" y="0"/>
                <wp:positionH relativeFrom="column">
                  <wp:posOffset>1976755</wp:posOffset>
                </wp:positionH>
                <wp:positionV relativeFrom="paragraph">
                  <wp:posOffset>12700</wp:posOffset>
                </wp:positionV>
                <wp:extent cx="2009775" cy="0"/>
                <wp:effectExtent l="0" t="0" r="0" b="0"/>
                <wp:wrapNone/>
                <wp:docPr id="1926595427" name="Straight Connector 1"/>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316E5D" id="Straight Connecto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55.65pt,1pt" to="313.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7mQEAAIgDAAAOAAAAZHJzL2Uyb0RvYy54bWysU02P0zAQvSPxHyzfadKVYC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" strokecolor="black [3040]"/>
            </w:pict>
          </mc:Fallback>
        </mc:AlternateContent>
      </w:r>
      <w:r w:rsidR="00000000">
        <w:rPr>
          <w:i/>
        </w:rPr>
        <w:t>............, ngày ..... tháng ..... năm 20....</w:t>
      </w:r>
    </w:p>
    <w:p w14:paraId="1B81EDDB" w14:textId="77777777" w:rsidR="00CF7F0D" w:rsidRDefault="00000000" w:rsidP="008078AE">
      <w:pPr>
        <w:spacing w:after="0"/>
        <w:jc w:val="center"/>
      </w:pPr>
      <w:r>
        <w:rPr>
          <w:b/>
          <w:sz w:val="32"/>
        </w:rPr>
        <w:t>ĐƠN KHIẾU NẠI</w:t>
      </w:r>
    </w:p>
    <w:p w14:paraId="378E5069" w14:textId="77777777" w:rsidR="002B575D" w:rsidRDefault="00000000" w:rsidP="002B575D">
      <w:pPr>
        <w:tabs>
          <w:tab w:val="left" w:leader="dot" w:pos="1985"/>
        </w:tabs>
        <w:spacing w:after="0"/>
        <w:jc w:val="center"/>
        <w:rPr>
          <w:lang w:val="vi-VN"/>
        </w:rPr>
      </w:pPr>
      <w:r>
        <w:t>Về việc: .............................(1).............................</w:t>
      </w:r>
    </w:p>
    <w:p w14:paraId="628EBA21" w14:textId="1BB08290" w:rsidR="00CF7F0D" w:rsidRPr="002B575D" w:rsidRDefault="002B575D" w:rsidP="002B575D">
      <w:pPr>
        <w:tabs>
          <w:tab w:val="left" w:pos="1843"/>
          <w:tab w:val="left" w:leader="dot" w:pos="4820"/>
          <w:tab w:val="left" w:leader="dot" w:pos="7371"/>
        </w:tabs>
        <w:spacing w:after="0"/>
        <w:rPr>
          <w:lang w:val="vi-VN"/>
        </w:rPr>
      </w:pPr>
      <w:r>
        <w:rPr>
          <w:lang w:val="vi-VN"/>
        </w:rPr>
        <w:tab/>
      </w:r>
      <w:r w:rsidR="00000000">
        <w:t>Kính gửi:</w:t>
      </w:r>
      <w:r>
        <w:rPr>
          <w:lang w:val="vi-VN"/>
        </w:rPr>
        <w:tab/>
      </w:r>
      <w:r>
        <w:t xml:space="preserve"> </w:t>
      </w:r>
      <w:r>
        <w:rPr>
          <w:lang w:val="vi-VN"/>
        </w:rPr>
        <w:t>(</w:t>
      </w:r>
      <w:r>
        <w:t>2</w:t>
      </w:r>
      <w:r>
        <w:rPr>
          <w:lang w:val="vi-VN"/>
        </w:rPr>
        <w:t>)</w:t>
      </w:r>
      <w:r>
        <w:rPr>
          <w:lang w:val="vi-VN"/>
        </w:rPr>
        <w:tab/>
      </w:r>
    </w:p>
    <w:p w14:paraId="18878072" w14:textId="741A8BB1" w:rsidR="00CF7F0D" w:rsidRPr="002B575D" w:rsidRDefault="00000000" w:rsidP="002B575D">
      <w:pPr>
        <w:tabs>
          <w:tab w:val="left" w:leader="dot" w:pos="4678"/>
          <w:tab w:val="left" w:leader="dot" w:pos="9356"/>
        </w:tabs>
        <w:spacing w:after="0"/>
        <w:rPr>
          <w:lang w:val="vi-VN"/>
        </w:rPr>
      </w:pPr>
      <w:r>
        <w:t xml:space="preserve">Họ và tên: </w:t>
      </w:r>
      <w:r w:rsidR="002B575D">
        <w:rPr>
          <w:lang w:val="vi-VN"/>
        </w:rPr>
        <w:tab/>
        <w:t>(3)</w:t>
      </w:r>
      <w:r w:rsidR="002B575D">
        <w:rPr>
          <w:lang w:val="vi-VN"/>
        </w:rPr>
        <w:tab/>
      </w:r>
    </w:p>
    <w:p w14:paraId="215763F1" w14:textId="7AB605AC" w:rsidR="00CF7F0D" w:rsidRPr="002B575D" w:rsidRDefault="00000000" w:rsidP="002B575D">
      <w:pPr>
        <w:tabs>
          <w:tab w:val="left" w:leader="dot" w:pos="9356"/>
        </w:tabs>
        <w:spacing w:after="0"/>
        <w:rPr>
          <w:lang w:val="vi-VN"/>
        </w:rPr>
      </w:pPr>
      <w:r>
        <w:t>Địa chỉ liên hệ:</w:t>
      </w:r>
      <w:r w:rsidR="002B575D">
        <w:rPr>
          <w:lang w:val="vi-VN"/>
        </w:rPr>
        <w:tab/>
      </w:r>
    </w:p>
    <w:p w14:paraId="30A1D5D1" w14:textId="7C7A288C" w:rsidR="00CF7F0D" w:rsidRPr="002B575D" w:rsidRDefault="00000000" w:rsidP="002B575D">
      <w:pPr>
        <w:tabs>
          <w:tab w:val="left" w:leader="dot" w:pos="9356"/>
        </w:tabs>
        <w:spacing w:after="0"/>
        <w:rPr>
          <w:lang w:val="vi-VN"/>
        </w:rPr>
      </w:pPr>
      <w:r>
        <w:t>Điện thoại:</w:t>
      </w:r>
      <w:r w:rsidR="002B575D">
        <w:rPr>
          <w:lang w:val="vi-VN"/>
        </w:rPr>
        <w:t xml:space="preserve"> </w:t>
      </w:r>
      <w:r w:rsidR="002B575D">
        <w:rPr>
          <w:lang w:val="vi-VN"/>
        </w:rPr>
        <w:tab/>
      </w:r>
    </w:p>
    <w:p w14:paraId="4B946E6B" w14:textId="64C7E9D7" w:rsidR="00CF7F0D" w:rsidRPr="008078AE" w:rsidRDefault="00000000" w:rsidP="008078AE">
      <w:pPr>
        <w:tabs>
          <w:tab w:val="left" w:leader="dot" w:pos="5387"/>
          <w:tab w:val="left" w:leader="dot" w:pos="7513"/>
          <w:tab w:val="left" w:leader="dot" w:pos="9356"/>
        </w:tabs>
        <w:spacing w:after="0"/>
        <w:rPr>
          <w:lang w:val="vi-VN"/>
        </w:rPr>
      </w:pPr>
      <w:r>
        <w:t xml:space="preserve">Số CMND/Thẻ căn cước công dân: </w:t>
      </w:r>
      <w:r w:rsidR="008078AE">
        <w:rPr>
          <w:lang w:val="vi-VN"/>
        </w:rPr>
        <w:tab/>
      </w:r>
      <w:r>
        <w:t>cấp ngày</w:t>
      </w:r>
      <w:r w:rsidR="008078AE">
        <w:rPr>
          <w:lang w:val="vi-VN"/>
        </w:rPr>
        <w:tab/>
      </w:r>
      <w:r>
        <w:t>tại</w:t>
      </w:r>
      <w:r w:rsidR="008078AE">
        <w:rPr>
          <w:lang w:val="vi-VN"/>
        </w:rPr>
        <w:tab/>
      </w:r>
    </w:p>
    <w:p w14:paraId="185CE141" w14:textId="6DFEF4D4" w:rsidR="00CF7F0D" w:rsidRPr="008078AE" w:rsidRDefault="00000000" w:rsidP="008078AE">
      <w:pPr>
        <w:tabs>
          <w:tab w:val="left" w:leader="dot" w:pos="9356"/>
        </w:tabs>
        <w:spacing w:after="0"/>
        <w:rPr>
          <w:lang w:val="vi-VN"/>
        </w:rPr>
      </w:pPr>
      <w:r>
        <w:t xml:space="preserve">Là người được trợ giúp pháp lý trong vụ việc: </w:t>
      </w:r>
      <w:r w:rsidR="008078AE">
        <w:rPr>
          <w:lang w:val="vi-VN"/>
        </w:rPr>
        <w:tab/>
      </w:r>
    </w:p>
    <w:p w14:paraId="3E3A410C" w14:textId="0759591F" w:rsidR="00CF7F0D" w:rsidRPr="008078AE" w:rsidRDefault="00000000" w:rsidP="008078AE">
      <w:pPr>
        <w:tabs>
          <w:tab w:val="left" w:leader="dot" w:pos="7513"/>
          <w:tab w:val="left" w:leader="dot" w:pos="9356"/>
        </w:tabs>
        <w:spacing w:after="0"/>
        <w:rPr>
          <w:lang w:val="vi-VN"/>
        </w:rPr>
      </w:pPr>
      <w:r>
        <w:t>Hoặc là người giám hộ của người được trợ giúp pháp lý</w:t>
      </w:r>
      <w:r w:rsidR="008078AE">
        <w:rPr>
          <w:lang w:val="vi-VN"/>
        </w:rPr>
        <w:tab/>
        <w:t>(2)</w:t>
      </w:r>
      <w:r w:rsidR="008078AE">
        <w:rPr>
          <w:lang w:val="vi-VN"/>
        </w:rPr>
        <w:tab/>
      </w:r>
    </w:p>
    <w:p w14:paraId="5BDE394E" w14:textId="418766C5" w:rsidR="00CF7F0D" w:rsidRPr="008078AE" w:rsidRDefault="00000000" w:rsidP="008078AE">
      <w:pPr>
        <w:tabs>
          <w:tab w:val="left" w:leader="dot" w:pos="9356"/>
        </w:tabs>
        <w:spacing w:after="0"/>
        <w:rPr>
          <w:lang w:val="vi-VN"/>
        </w:rPr>
      </w:pPr>
      <w:r>
        <w:t>đang được trợ giúp pháp lý trong vụ việc</w:t>
      </w:r>
      <w:r w:rsidR="008078AE">
        <w:rPr>
          <w:lang w:val="vi-VN"/>
        </w:rPr>
        <w:t xml:space="preserve"> </w:t>
      </w:r>
      <w:r w:rsidR="008078AE">
        <w:rPr>
          <w:lang w:val="vi-VN"/>
        </w:rPr>
        <w:tab/>
      </w:r>
    </w:p>
    <w:p w14:paraId="77495E44" w14:textId="77777777" w:rsidR="00CF7F0D" w:rsidRDefault="00000000" w:rsidP="008078AE">
      <w:pPr>
        <w:spacing w:after="0"/>
        <w:rPr>
          <w:lang w:val="vi-VN"/>
        </w:rPr>
      </w:pPr>
      <w:r>
        <w:t>Căn cứ quy định tại khoản 1 Điều 45 của Luật Trợ giúp pháp lý, tôi khiếu nại đối với ..................(2).................... về việc ..................(1).................. của ..................(4)/(5).................. với nội dung cụ thể như sau:</w:t>
      </w:r>
    </w:p>
    <w:p w14:paraId="5CBC46C7" w14:textId="3139EE19" w:rsidR="008078AE" w:rsidRDefault="008078AE" w:rsidP="008078AE">
      <w:pPr>
        <w:tabs>
          <w:tab w:val="left" w:leader="dot" w:pos="9356"/>
        </w:tabs>
        <w:spacing w:after="0"/>
        <w:rPr>
          <w:lang w:val="vi-VN"/>
        </w:rPr>
      </w:pPr>
      <w:r>
        <w:rPr>
          <w:lang w:val="vi-VN"/>
        </w:rPr>
        <w:tab/>
      </w:r>
    </w:p>
    <w:p w14:paraId="633E6DD0" w14:textId="6D079D46" w:rsidR="008078AE" w:rsidRDefault="008078AE" w:rsidP="008078AE">
      <w:pPr>
        <w:tabs>
          <w:tab w:val="left" w:leader="dot" w:pos="9356"/>
        </w:tabs>
        <w:spacing w:after="0"/>
        <w:rPr>
          <w:lang w:val="vi-VN"/>
        </w:rPr>
      </w:pPr>
      <w:r>
        <w:rPr>
          <w:lang w:val="vi-VN"/>
        </w:rPr>
        <w:tab/>
      </w:r>
    </w:p>
    <w:p w14:paraId="4C7AC276" w14:textId="1C82F872" w:rsidR="008078AE" w:rsidRPr="008078AE" w:rsidRDefault="008078AE" w:rsidP="008078AE">
      <w:pPr>
        <w:tabs>
          <w:tab w:val="left" w:leader="dot" w:pos="9356"/>
        </w:tabs>
        <w:spacing w:after="0"/>
        <w:rPr>
          <w:lang w:val="vi-VN"/>
        </w:rPr>
      </w:pPr>
      <w:r>
        <w:rPr>
          <w:lang w:val="vi-VN"/>
        </w:rPr>
        <w:tab/>
      </w:r>
    </w:p>
    <w:p w14:paraId="5CAF8975" w14:textId="77777777" w:rsidR="00CF7F0D" w:rsidRDefault="00000000" w:rsidP="008078AE">
      <w:pPr>
        <w:spacing w:after="0"/>
        <w:rPr>
          <w:lang w:val="vi-VN"/>
        </w:rPr>
      </w:pPr>
      <w:r>
        <w:t>Yêu cầu giải quyết khiếu nại như sau:</w:t>
      </w:r>
    </w:p>
    <w:p w14:paraId="4806C633" w14:textId="0A2A2418" w:rsidR="008078AE" w:rsidRDefault="008078AE" w:rsidP="008078AE">
      <w:pPr>
        <w:tabs>
          <w:tab w:val="left" w:leader="dot" w:pos="9356"/>
        </w:tabs>
        <w:spacing w:after="0"/>
        <w:rPr>
          <w:lang w:val="vi-VN"/>
        </w:rPr>
      </w:pPr>
      <w:r>
        <w:rPr>
          <w:lang w:val="vi-VN"/>
        </w:rPr>
        <w:tab/>
      </w:r>
      <w:r>
        <w:rPr>
          <w:lang w:val="vi-VN"/>
        </w:rPr>
        <w:tab/>
      </w:r>
    </w:p>
    <w:p w14:paraId="4EEC7018" w14:textId="5F952A59" w:rsidR="008078AE" w:rsidRPr="008078AE" w:rsidRDefault="008078AE" w:rsidP="008078AE">
      <w:pPr>
        <w:tabs>
          <w:tab w:val="left" w:leader="dot" w:pos="9356"/>
        </w:tabs>
        <w:spacing w:after="0"/>
        <w:rPr>
          <w:lang w:val="vi-VN"/>
        </w:rPr>
      </w:pPr>
      <w:r>
        <w:rPr>
          <w:lang w:val="vi-VN"/>
        </w:rPr>
        <w:tab/>
      </w:r>
    </w:p>
    <w:p w14:paraId="6E073EFB" w14:textId="77777777" w:rsidR="00CF7F0D" w:rsidRDefault="00000000" w:rsidP="008078AE">
      <w:pPr>
        <w:spacing w:after="0"/>
      </w:pPr>
      <w:r>
        <w:t>Tài liệu gửi kèm theo đơn (nếu có):</w:t>
      </w:r>
    </w:p>
    <w:p w14:paraId="27080E2F" w14:textId="0A04C096" w:rsidR="00CF7F0D" w:rsidRPr="008078AE" w:rsidRDefault="008078AE" w:rsidP="008078AE">
      <w:pPr>
        <w:tabs>
          <w:tab w:val="left" w:leader="dot" w:pos="9356"/>
        </w:tabs>
        <w:spacing w:after="0"/>
        <w:rPr>
          <w:lang w:val="vi-VN"/>
        </w:rPr>
      </w:pPr>
      <w:r>
        <w:t>a</w:t>
      </w:r>
      <w:r>
        <w:rPr>
          <w:lang w:val="vi-VN"/>
        </w:rPr>
        <w:t>)</w:t>
      </w:r>
      <w:r>
        <w:rPr>
          <w:lang w:val="vi-VN"/>
        </w:rPr>
        <w:tab/>
      </w:r>
    </w:p>
    <w:p w14:paraId="7B14E33C" w14:textId="735CF5AF" w:rsidR="00CF7F0D" w:rsidRPr="008078AE" w:rsidRDefault="008078AE" w:rsidP="008078AE">
      <w:pPr>
        <w:tabs>
          <w:tab w:val="left" w:leader="dot" w:pos="9356"/>
        </w:tabs>
        <w:spacing w:after="0"/>
        <w:rPr>
          <w:lang w:val="vi-VN"/>
        </w:rPr>
      </w:pPr>
      <w:r>
        <w:t>b</w:t>
      </w:r>
      <w:r>
        <w:rPr>
          <w:lang w:val="vi-VN"/>
        </w:rPr>
        <w:t>)</w:t>
      </w:r>
      <w:r>
        <w:rPr>
          <w:lang w:val="vi-VN"/>
        </w:rPr>
        <w:tab/>
      </w:r>
    </w:p>
    <w:p w14:paraId="6B5E5D8B" w14:textId="504A2772" w:rsidR="00CF7F0D" w:rsidRPr="008078AE" w:rsidRDefault="00000000" w:rsidP="008078AE">
      <w:pPr>
        <w:tabs>
          <w:tab w:val="left" w:leader="dot" w:pos="9214"/>
        </w:tabs>
        <w:spacing w:after="0"/>
        <w:rPr>
          <w:lang w:val="vi-VN"/>
        </w:rPr>
      </w:pPr>
      <w:r>
        <w:t>c)</w:t>
      </w:r>
      <w:r w:rsidR="008078AE">
        <w:rPr>
          <w:lang w:val="vi-VN"/>
        </w:rPr>
        <w:tab/>
      </w:r>
    </w:p>
    <w:p w14:paraId="1E379B4E" w14:textId="1916A751" w:rsidR="00CF7F0D" w:rsidRDefault="00000000" w:rsidP="008078AE">
      <w:pPr>
        <w:tabs>
          <w:tab w:val="left" w:leader="dot" w:pos="1985"/>
          <w:tab w:val="left" w:leader="dot" w:pos="9214"/>
        </w:tabs>
        <w:spacing w:after="0"/>
      </w:pPr>
      <w:r>
        <w:t>Tôi xin cam đoan nội dung khiếu nại trên là đúng sự thật. Đề nghị</w:t>
      </w:r>
      <w:r w:rsidR="008078AE">
        <w:rPr>
          <w:lang w:val="vi-VN"/>
        </w:rPr>
        <w:tab/>
        <w:t xml:space="preserve"> (2) </w:t>
      </w:r>
      <w:r w:rsidR="008078AE">
        <w:rPr>
          <w:lang w:val="vi-VN"/>
        </w:rPr>
        <w:tab/>
      </w:r>
      <w:r>
        <w:t>xem xét giải quyết khiếu nại cho tôi theo quy định.</w:t>
      </w:r>
    </w:p>
    <w:p w14:paraId="69D3C478" w14:textId="33B07D65" w:rsidR="002B575D" w:rsidRDefault="002B575D" w:rsidP="002B575D">
      <w:pPr>
        <w:spacing w:before="360" w:after="0"/>
        <w:jc w:val="right"/>
        <w:rPr>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0"/>
        <w:gridCol w:w="4715"/>
      </w:tblGrid>
      <w:tr w:rsidR="002B575D" w14:paraId="1360ADB2" w14:textId="77777777" w:rsidTr="002B575D">
        <w:tc>
          <w:tcPr>
            <w:tcW w:w="4810" w:type="dxa"/>
          </w:tcPr>
          <w:p w14:paraId="58D11B41" w14:textId="77777777" w:rsidR="002B575D" w:rsidRPr="002B575D" w:rsidRDefault="002B575D" w:rsidP="002B575D">
            <w:pPr>
              <w:spacing w:before="360"/>
              <w:ind w:left="720" w:hanging="720"/>
              <w:jc w:val="right"/>
              <w:rPr>
                <w:iCs/>
              </w:rPr>
            </w:pPr>
          </w:p>
        </w:tc>
        <w:tc>
          <w:tcPr>
            <w:tcW w:w="4811" w:type="dxa"/>
          </w:tcPr>
          <w:p w14:paraId="5B6F065C" w14:textId="4D53DE5F" w:rsidR="002B575D" w:rsidRPr="002B575D" w:rsidRDefault="002B575D" w:rsidP="002B575D">
            <w:pPr>
              <w:spacing w:before="360"/>
              <w:jc w:val="center"/>
              <w:rPr>
                <w:i/>
              </w:rPr>
            </w:pPr>
            <w:r>
              <w:rPr>
                <w:b/>
              </w:rPr>
              <w:t>NGƯỜI LÀM ĐƠN</w:t>
            </w:r>
            <w:r>
              <w:rPr>
                <w:b/>
              </w:rPr>
              <w:br/>
            </w:r>
            <w:r>
              <w:rPr>
                <w:i/>
              </w:rPr>
              <w:t>(Ký, ghi rõ họ tên hoặc điểm chỉ)</w:t>
            </w:r>
          </w:p>
          <w:p w14:paraId="690F84A5" w14:textId="77777777" w:rsidR="002B575D" w:rsidRDefault="002B575D" w:rsidP="002B575D">
            <w:pPr>
              <w:spacing w:before="360"/>
              <w:jc w:val="right"/>
              <w:rPr>
                <w:i/>
              </w:rPr>
            </w:pPr>
          </w:p>
        </w:tc>
      </w:tr>
    </w:tbl>
    <w:p w14:paraId="564DB1E9" w14:textId="2D858E4B" w:rsidR="003139AB" w:rsidRDefault="003139AB" w:rsidP="002B575D">
      <w:pPr>
        <w:spacing w:before="360" w:after="0"/>
        <w:jc w:val="right"/>
      </w:pPr>
      <w:r>
        <w:br w:type="page"/>
      </w:r>
    </w:p>
    <w:p w14:paraId="3A93EA11" w14:textId="77777777" w:rsidR="00764A60" w:rsidRDefault="00764A60" w:rsidP="00764A60">
      <w:pPr>
        <w:spacing w:after="40"/>
        <w:jc w:val="center"/>
      </w:pPr>
      <w:r>
        <w:rPr>
          <w:b/>
          <w:sz w:val="24"/>
        </w:rPr>
        <w:lastRenderedPageBreak/>
        <w:t>CỘNG HÒA XÃ HỘI CHỦ NGHĨA VIỆT NAM</w:t>
      </w:r>
      <w:r>
        <w:rPr>
          <w:b/>
          <w:sz w:val="24"/>
        </w:rPr>
        <w:br/>
      </w:r>
      <w:r>
        <w:rPr>
          <w:b/>
        </w:rPr>
        <w:t>Độc lập – Tự do – Hạnh phúc</w:t>
      </w:r>
    </w:p>
    <w:p w14:paraId="578766D1" w14:textId="77777777" w:rsidR="00764A60" w:rsidRDefault="00764A60" w:rsidP="00764A60">
      <w:pPr>
        <w:spacing w:before="240" w:after="40"/>
        <w:jc w:val="center"/>
      </w:pPr>
      <w:r>
        <w:rPr>
          <w:b/>
          <w:sz w:val="32"/>
        </w:rPr>
        <w:t>ĐƠN KHIẾU NẠI</w:t>
      </w:r>
    </w:p>
    <w:p w14:paraId="00803533" w14:textId="77777777" w:rsidR="00764A60" w:rsidRDefault="00764A60" w:rsidP="00764A60">
      <w:pPr>
        <w:spacing w:after="240"/>
        <w:jc w:val="center"/>
      </w:pPr>
      <w:r>
        <w:rPr>
          <w:i/>
          <w:sz w:val="22"/>
        </w:rPr>
        <w:t>(V/v: Giao sai hàng hóa, vi phạm cam kết chất lượng và từ chối giải quyết quyền lợi người tiêu dùng đối với đơn hàng ABC-021026-568)</w:t>
      </w:r>
    </w:p>
    <w:p w14:paraId="51858DC3" w14:textId="77777777" w:rsidR="00764A60" w:rsidRDefault="00764A60" w:rsidP="00764A60">
      <w:pPr>
        <w:spacing w:after="240"/>
        <w:jc w:val="right"/>
      </w:pPr>
      <w:r>
        <w:rPr>
          <w:i/>
        </w:rPr>
        <w:t>Hà Nội, ngày 10 tháng 10 năm 2026</w:t>
      </w:r>
    </w:p>
    <w:p w14:paraId="0B9C6070" w14:textId="77777777" w:rsidR="00764A60" w:rsidRDefault="00764A60" w:rsidP="00764A60">
      <w:pPr>
        <w:spacing w:after="120" w:line="288" w:lineRule="auto"/>
      </w:pPr>
      <w:r>
        <w:rPr>
          <w:b/>
        </w:rPr>
        <w:t xml:space="preserve">Kính gửi: </w:t>
      </w:r>
      <w:r>
        <w:t>BAN GIÁM ĐỐC CÔNG TY ABC DIGITAL</w:t>
      </w:r>
      <w:r>
        <w:br/>
        <w:t>Địa chỉ trụ sở: (Theo thông tin đăng ký kinh doanh/website công bố)</w:t>
      </w:r>
      <w:r>
        <w:br/>
      </w:r>
      <w:r>
        <w:rPr>
          <w:b/>
        </w:rPr>
        <w:t xml:space="preserve">Đồng kính gửi: </w:t>
      </w:r>
      <w:r>
        <w:t>Bộ phận Chăm sóc Khách hàng &amp; Giải quyết Khiếu nại - Công ty ABC Digital</w:t>
      </w:r>
    </w:p>
    <w:p w14:paraId="092C6B87" w14:textId="77777777" w:rsidR="00764A60" w:rsidRDefault="00764A60" w:rsidP="00764A60">
      <w:pPr>
        <w:spacing w:before="120" w:after="160" w:line="288" w:lineRule="auto"/>
      </w:pPr>
      <w:r>
        <w:rPr>
          <w:b/>
        </w:rPr>
        <w:t xml:space="preserve">Tôi tên là: </w:t>
      </w:r>
      <w:r>
        <w:t>Nguyễn Thị Lan</w:t>
      </w:r>
      <w:r>
        <w:br/>
        <w:t>Địa chỉ liên hệ: ...........................................................................................................................</w:t>
      </w:r>
      <w:r>
        <w:br/>
        <w:t>Số điện thoại: ........................................... | Email: .................................................................</w:t>
      </w:r>
    </w:p>
    <w:p w14:paraId="0825CE6C" w14:textId="77777777" w:rsidR="00764A60" w:rsidRDefault="00764A60" w:rsidP="00764A60">
      <w:pPr>
        <w:spacing w:after="160" w:line="288" w:lineRule="auto"/>
      </w:pPr>
      <w:r>
        <w:t>Tôi làm đơn này khiếu nại về việc Công ty ABC Digital giao sản phẩm không đúng chất lượng, sai quy cách mẫu mã theo đơn đặt hàng ngày 02/10/2026 và hành vi từ chối đổi trả/hoàn tiền bất hợp lý của Quý công ty vào ngày 09/10/2026. Nội dung khiếu nại cụ thể như sau:</w:t>
      </w:r>
    </w:p>
    <w:p w14:paraId="2D6CB770" w14:textId="77777777" w:rsidR="00764A60" w:rsidRDefault="00764A60" w:rsidP="00764A60">
      <w:pPr>
        <w:spacing w:before="200" w:after="80"/>
      </w:pPr>
      <w:r>
        <w:rPr>
          <w:b/>
        </w:rPr>
        <w:t>I. TRÌNH TỰ SỰ VIỆC THEO MỐC THỜI GIAN VÀ BẢNG TÁCH DỮ KIỆN - NHẬN ĐỊNH</w:t>
      </w:r>
    </w:p>
    <w:p w14:paraId="3EC611FD" w14:textId="77777777" w:rsidR="00764A60" w:rsidRDefault="00764A60" w:rsidP="00764A60">
      <w:pPr>
        <w:spacing w:after="120" w:line="288" w:lineRule="auto"/>
      </w:pPr>
      <w:r>
        <w:rPr>
          <w:b/>
        </w:rPr>
        <w:t>1. Diễn biến mốc thời gian:</w:t>
      </w:r>
      <w:r>
        <w:rPr>
          <w:b/>
        </w:rPr>
        <w:br/>
      </w:r>
      <w:r>
        <w:t>• Ngày 02/10/2026: Bà Nguyễn Thị Lan đặt mua 03 điện thoại Samsung Galaxy S25 trên website Công ty ABC Digital (Mã đơn hàng: ABC-021026-568) và đã chuyển khoản thanh toán 100% tổng số tiền 56.700.000 VNĐ.</w:t>
      </w:r>
      <w:r>
        <w:br/>
        <w:t>• Ngày 06/10/2026: Khách hàng nhận kiện hàng do bên vận chuyển giao tới và tiến hành quay video mở hộp (unboxing).</w:t>
      </w:r>
      <w:r>
        <w:br/>
        <w:t>• Ngày 07/10/2026: Khách hàng liên hệ ABC Digital phản ánh sự cố và chính thức yêu cầu đổi 02 sản phẩm lỗi/sai quy cách.</w:t>
      </w:r>
      <w:r>
        <w:br/>
        <w:t>• Ngày 09/10/2026: Công ty ABC Digital phản hồi từ chối giải quyết với lý do sản phẩm đã bị bóc niêm phong (seal).</w:t>
      </w:r>
    </w:p>
    <w:p w14:paraId="4FACE9A1" w14:textId="77777777" w:rsidR="00764A60" w:rsidRDefault="00764A60" w:rsidP="00764A60">
      <w:pPr>
        <w:spacing w:before="120" w:after="80"/>
      </w:pPr>
      <w:r>
        <w:rPr>
          <w:b/>
        </w:rPr>
        <w:t>2. Bảng phân định Dữ kiện khách quan (có chứng cứ) và Nhận định chủ quan: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7"/>
        <w:gridCol w:w="4252"/>
        <w:gridCol w:w="3685"/>
      </w:tblGrid>
      <w:tr w:rsidR="00764A60" w14:paraId="43B22F65" w14:textId="77777777" w:rsidTr="00FC28EA">
        <w:trPr>
          <w:jc w:val="center"/>
        </w:trPr>
        <w:tc>
          <w:tcPr>
            <w:tcW w:w="1417" w:type="dxa"/>
            <w:shd w:val="clear" w:color="auto" w:fill="EAEAEA"/>
            <w:tcMar>
              <w:top w:w="80" w:type="dxa"/>
              <w:left w:w="80" w:type="dxa"/>
              <w:bottom w:w="80" w:type="dxa"/>
              <w:right w:w="80" w:type="dxa"/>
            </w:tcMar>
          </w:tcPr>
          <w:p w14:paraId="378BB3B5" w14:textId="77777777" w:rsidR="00764A60" w:rsidRDefault="00764A60" w:rsidP="00FC28EA">
            <w:pPr>
              <w:jc w:val="center"/>
            </w:pPr>
            <w:r>
              <w:rPr>
                <w:b/>
              </w:rPr>
              <w:lastRenderedPageBreak/>
              <w:t>Mốc thời gian</w:t>
            </w:r>
          </w:p>
        </w:tc>
        <w:tc>
          <w:tcPr>
            <w:tcW w:w="4252" w:type="dxa"/>
            <w:shd w:val="clear" w:color="auto" w:fill="EAEAEA"/>
            <w:tcMar>
              <w:top w:w="80" w:type="dxa"/>
              <w:left w:w="80" w:type="dxa"/>
              <w:bottom w:w="80" w:type="dxa"/>
              <w:right w:w="80" w:type="dxa"/>
            </w:tcMar>
          </w:tcPr>
          <w:p w14:paraId="057A0804" w14:textId="77777777" w:rsidR="00764A60" w:rsidRDefault="00764A60" w:rsidP="00FC28EA">
            <w:pPr>
              <w:jc w:val="center"/>
            </w:pPr>
            <w:r>
              <w:rPr>
                <w:b/>
              </w:rPr>
              <w:t>Dữ kiện khách quan (Có chứng cứ chứng minh)</w:t>
            </w:r>
          </w:p>
        </w:tc>
        <w:tc>
          <w:tcPr>
            <w:tcW w:w="3685" w:type="dxa"/>
            <w:shd w:val="clear" w:color="auto" w:fill="EAEAEA"/>
            <w:tcMar>
              <w:top w:w="80" w:type="dxa"/>
              <w:left w:w="80" w:type="dxa"/>
              <w:bottom w:w="80" w:type="dxa"/>
              <w:right w:w="80" w:type="dxa"/>
            </w:tcMar>
          </w:tcPr>
          <w:p w14:paraId="35922C17" w14:textId="77777777" w:rsidR="00764A60" w:rsidRDefault="00764A60" w:rsidP="00FC28EA">
            <w:pPr>
              <w:jc w:val="center"/>
            </w:pPr>
            <w:r>
              <w:rPr>
                <w:b/>
              </w:rPr>
              <w:t>Nhận định &amp; Đánh giá pháp lý</w:t>
            </w:r>
          </w:p>
        </w:tc>
      </w:tr>
      <w:tr w:rsidR="00764A60" w14:paraId="5D36E661" w14:textId="77777777" w:rsidTr="00FC28EA">
        <w:trPr>
          <w:cantSplit/>
          <w:jc w:val="center"/>
        </w:trPr>
        <w:tc>
          <w:tcPr>
            <w:tcW w:w="1417" w:type="dxa"/>
            <w:tcMar>
              <w:top w:w="80" w:type="dxa"/>
              <w:left w:w="80" w:type="dxa"/>
              <w:bottom w:w="80" w:type="dxa"/>
              <w:right w:w="80" w:type="dxa"/>
            </w:tcMar>
            <w:vAlign w:val="center"/>
          </w:tcPr>
          <w:p w14:paraId="25D102A5" w14:textId="77777777" w:rsidR="00764A60" w:rsidRDefault="00764A60" w:rsidP="00FC28EA">
            <w:pPr>
              <w:spacing w:before="40" w:after="40"/>
              <w:jc w:val="center"/>
            </w:pPr>
            <w:r>
              <w:t>02/10/2026</w:t>
            </w:r>
          </w:p>
        </w:tc>
        <w:tc>
          <w:tcPr>
            <w:tcW w:w="4252" w:type="dxa"/>
            <w:tcMar>
              <w:top w:w="80" w:type="dxa"/>
              <w:left w:w="80" w:type="dxa"/>
              <w:bottom w:w="80" w:type="dxa"/>
              <w:right w:w="80" w:type="dxa"/>
            </w:tcMar>
            <w:vAlign w:val="center"/>
          </w:tcPr>
          <w:p w14:paraId="5E5F3C52" w14:textId="77777777" w:rsidR="00764A60" w:rsidRDefault="00764A60" w:rsidP="00FC28EA">
            <w:pPr>
              <w:spacing w:before="40" w:after="40"/>
            </w:pPr>
            <w:r>
              <w:t>Khách hàng đặt 03 máy Samsung Galaxy S25, thanh toán 100% (56.700.000 đ) qua ngân hàng.</w:t>
            </w:r>
          </w:p>
        </w:tc>
        <w:tc>
          <w:tcPr>
            <w:tcW w:w="3685" w:type="dxa"/>
            <w:tcMar>
              <w:top w:w="80" w:type="dxa"/>
              <w:left w:w="80" w:type="dxa"/>
              <w:bottom w:w="80" w:type="dxa"/>
              <w:right w:w="80" w:type="dxa"/>
            </w:tcMar>
            <w:vAlign w:val="center"/>
          </w:tcPr>
          <w:p w14:paraId="069A0177" w14:textId="77777777" w:rsidR="00764A60" w:rsidRDefault="00764A60" w:rsidP="00FC28EA">
            <w:pPr>
              <w:spacing w:before="40" w:after="40"/>
            </w:pPr>
            <w:r>
              <w:t>Hợp đồng mua bán điện tử đã hình thành hợp pháp; bên mua đã hoàn thành nghĩa vụ thanh toán.</w:t>
            </w:r>
          </w:p>
        </w:tc>
      </w:tr>
      <w:tr w:rsidR="00764A60" w14:paraId="15593CCB" w14:textId="77777777" w:rsidTr="00FC28EA">
        <w:trPr>
          <w:cantSplit/>
          <w:jc w:val="center"/>
        </w:trPr>
        <w:tc>
          <w:tcPr>
            <w:tcW w:w="1417" w:type="dxa"/>
            <w:tcMar>
              <w:top w:w="80" w:type="dxa"/>
              <w:left w:w="80" w:type="dxa"/>
              <w:bottom w:w="80" w:type="dxa"/>
              <w:right w:w="80" w:type="dxa"/>
            </w:tcMar>
            <w:vAlign w:val="center"/>
          </w:tcPr>
          <w:p w14:paraId="1E310144" w14:textId="77777777" w:rsidR="00764A60" w:rsidRDefault="00764A60" w:rsidP="00FC28EA">
            <w:pPr>
              <w:spacing w:before="40" w:after="40"/>
              <w:jc w:val="center"/>
            </w:pPr>
            <w:r>
              <w:t>06/10/2026</w:t>
            </w:r>
          </w:p>
        </w:tc>
        <w:tc>
          <w:tcPr>
            <w:tcW w:w="4252" w:type="dxa"/>
            <w:tcMar>
              <w:top w:w="80" w:type="dxa"/>
              <w:left w:w="80" w:type="dxa"/>
              <w:bottom w:w="80" w:type="dxa"/>
              <w:right w:w="80" w:type="dxa"/>
            </w:tcMar>
            <w:vAlign w:val="center"/>
          </w:tcPr>
          <w:p w14:paraId="590A4200" w14:textId="77777777" w:rsidR="00764A60" w:rsidRDefault="00764A60" w:rsidP="00FC28EA">
            <w:pPr>
              <w:spacing w:before="40" w:after="40"/>
            </w:pPr>
            <w:r>
              <w:t>Nhận hàng và bóc hộp: 01 máy có dấu hiệu qua sử dụng, 01 máy sai màu sắc, 01 máy bình thường. Khách hàng có video quay quá trình mở hộp.</w:t>
            </w:r>
          </w:p>
        </w:tc>
        <w:tc>
          <w:tcPr>
            <w:tcW w:w="3685" w:type="dxa"/>
            <w:tcMar>
              <w:top w:w="80" w:type="dxa"/>
              <w:left w:w="80" w:type="dxa"/>
              <w:bottom w:w="80" w:type="dxa"/>
              <w:right w:w="80" w:type="dxa"/>
            </w:tcMar>
            <w:vAlign w:val="center"/>
          </w:tcPr>
          <w:p w14:paraId="7992F1F5" w14:textId="77777777" w:rsidR="00764A60" w:rsidRDefault="00764A60" w:rsidP="00FC28EA">
            <w:pPr>
              <w:spacing w:before="40" w:after="40"/>
            </w:pPr>
            <w:r>
              <w:t>Bên bán vi phạm nghĩa vụ giao hàng đúng chất lượng (bán hàng cũ) và đúng quy cách (sai màu) theo Điều 39 Luật Bảo vệ quyền lợi người tiêu dùng 2023.</w:t>
            </w:r>
          </w:p>
        </w:tc>
      </w:tr>
      <w:tr w:rsidR="00764A60" w14:paraId="01930771" w14:textId="77777777" w:rsidTr="00FC28EA">
        <w:trPr>
          <w:cantSplit/>
          <w:jc w:val="center"/>
        </w:trPr>
        <w:tc>
          <w:tcPr>
            <w:tcW w:w="1417" w:type="dxa"/>
            <w:tcMar>
              <w:top w:w="80" w:type="dxa"/>
              <w:left w:w="80" w:type="dxa"/>
              <w:bottom w:w="80" w:type="dxa"/>
              <w:right w:w="80" w:type="dxa"/>
            </w:tcMar>
            <w:vAlign w:val="center"/>
          </w:tcPr>
          <w:p w14:paraId="1B7DE3BB" w14:textId="77777777" w:rsidR="00764A60" w:rsidRDefault="00764A60" w:rsidP="00FC28EA">
            <w:pPr>
              <w:spacing w:before="40" w:after="40"/>
              <w:jc w:val="center"/>
            </w:pPr>
            <w:r>
              <w:t>07/10/2026</w:t>
            </w:r>
          </w:p>
        </w:tc>
        <w:tc>
          <w:tcPr>
            <w:tcW w:w="4252" w:type="dxa"/>
            <w:tcMar>
              <w:top w:w="80" w:type="dxa"/>
              <w:left w:w="80" w:type="dxa"/>
              <w:bottom w:w="80" w:type="dxa"/>
              <w:right w:w="80" w:type="dxa"/>
            </w:tcMar>
            <w:vAlign w:val="center"/>
          </w:tcPr>
          <w:p w14:paraId="47964850" w14:textId="77777777" w:rsidR="00764A60" w:rsidRDefault="00764A60" w:rsidP="00FC28EA">
            <w:pPr>
              <w:spacing w:before="40" w:after="40"/>
            </w:pPr>
            <w:r>
              <w:t>Khách hàng yêu cầu đổi 02 sản phẩm không đạt yêu cầu.</w:t>
            </w:r>
          </w:p>
        </w:tc>
        <w:tc>
          <w:tcPr>
            <w:tcW w:w="3685" w:type="dxa"/>
            <w:tcMar>
              <w:top w:w="80" w:type="dxa"/>
              <w:left w:w="80" w:type="dxa"/>
              <w:bottom w:w="80" w:type="dxa"/>
              <w:right w:w="80" w:type="dxa"/>
            </w:tcMar>
            <w:vAlign w:val="center"/>
          </w:tcPr>
          <w:p w14:paraId="6B60F48F" w14:textId="77777777" w:rsidR="00764A60" w:rsidRDefault="00764A60" w:rsidP="00FC28EA">
            <w:pPr>
              <w:spacing w:before="40" w:after="40"/>
            </w:pPr>
            <w:r>
              <w:t>Yêu cầu đổi trả của khách hàng được thực hiện trong thời hạn 7 ngày theo chính sách công bố trên website.</w:t>
            </w:r>
          </w:p>
        </w:tc>
      </w:tr>
      <w:tr w:rsidR="00764A60" w14:paraId="63F4A8F4" w14:textId="77777777" w:rsidTr="00FC28EA">
        <w:trPr>
          <w:cantSplit/>
          <w:jc w:val="center"/>
        </w:trPr>
        <w:tc>
          <w:tcPr>
            <w:tcW w:w="1417" w:type="dxa"/>
            <w:tcMar>
              <w:top w:w="80" w:type="dxa"/>
              <w:left w:w="80" w:type="dxa"/>
              <w:bottom w:w="80" w:type="dxa"/>
              <w:right w:w="80" w:type="dxa"/>
            </w:tcMar>
            <w:vAlign w:val="center"/>
          </w:tcPr>
          <w:p w14:paraId="00912656" w14:textId="77777777" w:rsidR="00764A60" w:rsidRDefault="00764A60" w:rsidP="00FC28EA">
            <w:pPr>
              <w:spacing w:before="40" w:after="40"/>
              <w:jc w:val="center"/>
            </w:pPr>
            <w:r>
              <w:t>09/10/2026</w:t>
            </w:r>
          </w:p>
        </w:tc>
        <w:tc>
          <w:tcPr>
            <w:tcW w:w="4252" w:type="dxa"/>
            <w:tcMar>
              <w:top w:w="80" w:type="dxa"/>
              <w:left w:w="80" w:type="dxa"/>
              <w:bottom w:w="80" w:type="dxa"/>
              <w:right w:w="80" w:type="dxa"/>
            </w:tcMar>
            <w:vAlign w:val="center"/>
          </w:tcPr>
          <w:p w14:paraId="5B787221" w14:textId="77777777" w:rsidR="00764A60" w:rsidRDefault="00764A60" w:rsidP="00FC28EA">
            <w:pPr>
              <w:spacing w:before="40" w:after="40"/>
            </w:pPr>
            <w:r>
              <w:t>ABC Digital từ chối đổi trả với lý do khách hàng đã bóc niêm phong.</w:t>
            </w:r>
          </w:p>
        </w:tc>
        <w:tc>
          <w:tcPr>
            <w:tcW w:w="3685" w:type="dxa"/>
            <w:tcMar>
              <w:top w:w="80" w:type="dxa"/>
              <w:left w:w="80" w:type="dxa"/>
              <w:bottom w:w="80" w:type="dxa"/>
              <w:right w:w="80" w:type="dxa"/>
            </w:tcMar>
            <w:vAlign w:val="center"/>
          </w:tcPr>
          <w:p w14:paraId="36BF4CDE" w14:textId="77777777" w:rsidR="00764A60" w:rsidRDefault="00764A60" w:rsidP="00FC28EA">
            <w:pPr>
              <w:spacing w:before="40" w:after="40"/>
            </w:pPr>
            <w:r>
              <w:t>Lý do từ chối không hợp lý, vì nếu không bóc niêm phong thì người tiêu dùng không thể kiểm tra được sản phẩm sai màu hay có dấu hiệu đã qua sử dụng.</w:t>
            </w:r>
          </w:p>
        </w:tc>
      </w:tr>
    </w:tbl>
    <w:p w14:paraId="3C027D58" w14:textId="77777777" w:rsidR="00764A60" w:rsidRDefault="00764A60" w:rsidP="00764A60">
      <w:pPr>
        <w:spacing w:before="240" w:after="80"/>
      </w:pPr>
      <w:r>
        <w:rPr>
          <w:b/>
        </w:rPr>
        <w:t>II. BẢNG ĐỐI CHIẾU HÀNG ĐẶT, THỰC NHẬN, TÌNH TRẠNG VÀ PHƯƠNG ÁN XỬ LÝ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4"/>
        <w:gridCol w:w="1814"/>
        <w:gridCol w:w="2438"/>
        <w:gridCol w:w="2551"/>
      </w:tblGrid>
      <w:tr w:rsidR="00764A60" w14:paraId="39BBFCBB" w14:textId="77777777" w:rsidTr="00FC28EA">
        <w:trPr>
          <w:jc w:val="center"/>
        </w:trPr>
        <w:tc>
          <w:tcPr>
            <w:tcW w:w="567" w:type="dxa"/>
            <w:shd w:val="clear" w:color="auto" w:fill="EAEAEA"/>
            <w:tcMar>
              <w:top w:w="80" w:type="dxa"/>
              <w:left w:w="80" w:type="dxa"/>
              <w:bottom w:w="80" w:type="dxa"/>
              <w:right w:w="80" w:type="dxa"/>
            </w:tcMar>
          </w:tcPr>
          <w:p w14:paraId="468F779A" w14:textId="77777777" w:rsidR="00764A60" w:rsidRDefault="00764A60" w:rsidP="00FC28EA">
            <w:pPr>
              <w:jc w:val="center"/>
            </w:pPr>
            <w:r>
              <w:rPr>
                <w:b/>
              </w:rPr>
              <w:t>STT</w:t>
            </w:r>
          </w:p>
        </w:tc>
        <w:tc>
          <w:tcPr>
            <w:tcW w:w="1984" w:type="dxa"/>
            <w:shd w:val="clear" w:color="auto" w:fill="EAEAEA"/>
            <w:tcMar>
              <w:top w:w="80" w:type="dxa"/>
              <w:left w:w="80" w:type="dxa"/>
              <w:bottom w:w="80" w:type="dxa"/>
              <w:right w:w="80" w:type="dxa"/>
            </w:tcMar>
          </w:tcPr>
          <w:p w14:paraId="08EC3899" w14:textId="77777777" w:rsidR="00764A60" w:rsidRDefault="00764A60" w:rsidP="00FC28EA">
            <w:pPr>
              <w:jc w:val="center"/>
            </w:pPr>
            <w:r>
              <w:rPr>
                <w:b/>
              </w:rPr>
              <w:t>Sản phẩm theo đơn đặt</w:t>
            </w:r>
          </w:p>
        </w:tc>
        <w:tc>
          <w:tcPr>
            <w:tcW w:w="1814" w:type="dxa"/>
            <w:shd w:val="clear" w:color="auto" w:fill="EAEAEA"/>
            <w:tcMar>
              <w:top w:w="80" w:type="dxa"/>
              <w:left w:w="80" w:type="dxa"/>
              <w:bottom w:w="80" w:type="dxa"/>
              <w:right w:w="80" w:type="dxa"/>
            </w:tcMar>
          </w:tcPr>
          <w:p w14:paraId="6943FD67" w14:textId="77777777" w:rsidR="00764A60" w:rsidRDefault="00764A60" w:rsidP="00FC28EA">
            <w:pPr>
              <w:jc w:val="center"/>
            </w:pPr>
            <w:r>
              <w:rPr>
                <w:b/>
              </w:rPr>
              <w:t>Thực tế nhận được</w:t>
            </w:r>
          </w:p>
        </w:tc>
        <w:tc>
          <w:tcPr>
            <w:tcW w:w="2438" w:type="dxa"/>
            <w:shd w:val="clear" w:color="auto" w:fill="EAEAEA"/>
            <w:tcMar>
              <w:top w:w="80" w:type="dxa"/>
              <w:left w:w="80" w:type="dxa"/>
              <w:bottom w:w="80" w:type="dxa"/>
              <w:right w:w="80" w:type="dxa"/>
            </w:tcMar>
          </w:tcPr>
          <w:p w14:paraId="705D3E9E" w14:textId="77777777" w:rsidR="00764A60" w:rsidRDefault="00764A60" w:rsidP="00FC28EA">
            <w:pPr>
              <w:jc w:val="center"/>
            </w:pPr>
            <w:r>
              <w:rPr>
                <w:b/>
              </w:rPr>
              <w:t>Tình trạng chi tiết</w:t>
            </w:r>
          </w:p>
        </w:tc>
        <w:tc>
          <w:tcPr>
            <w:tcW w:w="2551" w:type="dxa"/>
            <w:shd w:val="clear" w:color="auto" w:fill="EAEAEA"/>
            <w:tcMar>
              <w:top w:w="80" w:type="dxa"/>
              <w:left w:w="80" w:type="dxa"/>
              <w:bottom w:w="80" w:type="dxa"/>
              <w:right w:w="80" w:type="dxa"/>
            </w:tcMar>
          </w:tcPr>
          <w:p w14:paraId="44382A4F" w14:textId="77777777" w:rsidR="00764A60" w:rsidRDefault="00764A60" w:rsidP="00FC28EA">
            <w:pPr>
              <w:jc w:val="center"/>
            </w:pPr>
            <w:r>
              <w:rPr>
                <w:b/>
              </w:rPr>
              <w:t>Phương án đề nghị xử lý</w:t>
            </w:r>
          </w:p>
        </w:tc>
      </w:tr>
      <w:tr w:rsidR="00764A60" w14:paraId="64423D01" w14:textId="77777777" w:rsidTr="00FC28EA">
        <w:trPr>
          <w:cantSplit/>
          <w:jc w:val="center"/>
        </w:trPr>
        <w:tc>
          <w:tcPr>
            <w:tcW w:w="567" w:type="dxa"/>
            <w:tcMar>
              <w:top w:w="80" w:type="dxa"/>
              <w:left w:w="80" w:type="dxa"/>
              <w:bottom w:w="80" w:type="dxa"/>
              <w:right w:w="80" w:type="dxa"/>
            </w:tcMar>
            <w:vAlign w:val="center"/>
          </w:tcPr>
          <w:p w14:paraId="7BDB5837" w14:textId="77777777" w:rsidR="00764A60" w:rsidRDefault="00764A60" w:rsidP="00FC28EA">
            <w:pPr>
              <w:spacing w:before="40" w:after="40"/>
              <w:jc w:val="center"/>
            </w:pPr>
            <w:r>
              <w:t>1</w:t>
            </w:r>
          </w:p>
        </w:tc>
        <w:tc>
          <w:tcPr>
            <w:tcW w:w="1984" w:type="dxa"/>
            <w:tcMar>
              <w:top w:w="80" w:type="dxa"/>
              <w:left w:w="80" w:type="dxa"/>
              <w:bottom w:w="80" w:type="dxa"/>
              <w:right w:w="80" w:type="dxa"/>
            </w:tcMar>
            <w:vAlign w:val="center"/>
          </w:tcPr>
          <w:p w14:paraId="28D41E5B" w14:textId="77777777" w:rsidR="00764A60" w:rsidRDefault="00764A60" w:rsidP="00FC28EA">
            <w:pPr>
              <w:spacing w:before="40" w:after="40"/>
            </w:pPr>
            <w:r>
              <w:t>Samsung Galaxy S25 (Mới 100%, đúng màu đã đặt)</w:t>
            </w:r>
          </w:p>
        </w:tc>
        <w:tc>
          <w:tcPr>
            <w:tcW w:w="1814" w:type="dxa"/>
            <w:tcMar>
              <w:top w:w="80" w:type="dxa"/>
              <w:left w:w="80" w:type="dxa"/>
              <w:bottom w:w="80" w:type="dxa"/>
              <w:right w:w="80" w:type="dxa"/>
            </w:tcMar>
            <w:vAlign w:val="center"/>
          </w:tcPr>
          <w:p w14:paraId="6C9D63F2" w14:textId="77777777" w:rsidR="00764A60" w:rsidRDefault="00764A60" w:rsidP="00FC28EA">
            <w:pPr>
              <w:spacing w:before="40" w:after="40"/>
            </w:pPr>
            <w:r>
              <w:t>Samsung Galaxy S25 (Máy 1)</w:t>
            </w:r>
          </w:p>
        </w:tc>
        <w:tc>
          <w:tcPr>
            <w:tcW w:w="2438" w:type="dxa"/>
            <w:tcMar>
              <w:top w:w="80" w:type="dxa"/>
              <w:left w:w="80" w:type="dxa"/>
              <w:bottom w:w="80" w:type="dxa"/>
              <w:right w:w="80" w:type="dxa"/>
            </w:tcMar>
            <w:vAlign w:val="center"/>
          </w:tcPr>
          <w:p w14:paraId="6D10216A" w14:textId="77777777" w:rsidR="00764A60" w:rsidRDefault="00764A60" w:rsidP="00FC28EA">
            <w:pPr>
              <w:spacing w:before="40" w:after="40"/>
            </w:pPr>
            <w:r>
              <w:t>Máy có dấu hiệu đã qua sử dụng (trầy xước nhẹ/đã kích hoạt).</w:t>
            </w:r>
          </w:p>
        </w:tc>
        <w:tc>
          <w:tcPr>
            <w:tcW w:w="2551" w:type="dxa"/>
            <w:tcMar>
              <w:top w:w="80" w:type="dxa"/>
              <w:left w:w="80" w:type="dxa"/>
              <w:bottom w:w="80" w:type="dxa"/>
              <w:right w:w="80" w:type="dxa"/>
            </w:tcMar>
            <w:vAlign w:val="center"/>
          </w:tcPr>
          <w:p w14:paraId="1EDECBEE" w14:textId="77777777" w:rsidR="00764A60" w:rsidRDefault="00764A60" w:rsidP="00FC28EA">
            <w:pPr>
              <w:spacing w:before="40" w:after="40"/>
            </w:pPr>
            <w:r>
              <w:t>Đổi mới 100% sản phẩm chưa qua sử dụng HOẶC Hoàn lại tiền 18.900.000 VNĐ.</w:t>
            </w:r>
          </w:p>
        </w:tc>
      </w:tr>
      <w:tr w:rsidR="00764A60" w14:paraId="409E9617" w14:textId="77777777" w:rsidTr="00FC28EA">
        <w:trPr>
          <w:cantSplit/>
          <w:jc w:val="center"/>
        </w:trPr>
        <w:tc>
          <w:tcPr>
            <w:tcW w:w="567" w:type="dxa"/>
            <w:tcMar>
              <w:top w:w="80" w:type="dxa"/>
              <w:left w:w="80" w:type="dxa"/>
              <w:bottom w:w="80" w:type="dxa"/>
              <w:right w:w="80" w:type="dxa"/>
            </w:tcMar>
            <w:vAlign w:val="center"/>
          </w:tcPr>
          <w:p w14:paraId="5C2B3D82" w14:textId="77777777" w:rsidR="00764A60" w:rsidRDefault="00764A60" w:rsidP="00FC28EA">
            <w:pPr>
              <w:spacing w:before="40" w:after="40"/>
              <w:jc w:val="center"/>
            </w:pPr>
            <w:r>
              <w:t>2</w:t>
            </w:r>
          </w:p>
        </w:tc>
        <w:tc>
          <w:tcPr>
            <w:tcW w:w="1984" w:type="dxa"/>
            <w:tcMar>
              <w:top w:w="80" w:type="dxa"/>
              <w:left w:w="80" w:type="dxa"/>
              <w:bottom w:w="80" w:type="dxa"/>
              <w:right w:w="80" w:type="dxa"/>
            </w:tcMar>
            <w:vAlign w:val="center"/>
          </w:tcPr>
          <w:p w14:paraId="01E37E85" w14:textId="77777777" w:rsidR="00764A60" w:rsidRDefault="00764A60" w:rsidP="00FC28EA">
            <w:pPr>
              <w:spacing w:before="40" w:after="40"/>
            </w:pPr>
            <w:r>
              <w:t>Samsung Galaxy S25 (Mới 100%, đúng màu đã đặt)</w:t>
            </w:r>
          </w:p>
        </w:tc>
        <w:tc>
          <w:tcPr>
            <w:tcW w:w="1814" w:type="dxa"/>
            <w:tcMar>
              <w:top w:w="80" w:type="dxa"/>
              <w:left w:w="80" w:type="dxa"/>
              <w:bottom w:w="80" w:type="dxa"/>
              <w:right w:w="80" w:type="dxa"/>
            </w:tcMar>
            <w:vAlign w:val="center"/>
          </w:tcPr>
          <w:p w14:paraId="0F796313" w14:textId="77777777" w:rsidR="00764A60" w:rsidRDefault="00764A60" w:rsidP="00FC28EA">
            <w:pPr>
              <w:spacing w:before="40" w:after="40"/>
            </w:pPr>
            <w:r>
              <w:t>Samsung Galaxy S25 (Máy 2)</w:t>
            </w:r>
          </w:p>
        </w:tc>
        <w:tc>
          <w:tcPr>
            <w:tcW w:w="2438" w:type="dxa"/>
            <w:tcMar>
              <w:top w:w="80" w:type="dxa"/>
              <w:left w:w="80" w:type="dxa"/>
              <w:bottom w:w="80" w:type="dxa"/>
              <w:right w:w="80" w:type="dxa"/>
            </w:tcMar>
            <w:vAlign w:val="center"/>
          </w:tcPr>
          <w:p w14:paraId="3EDA9091" w14:textId="77777777" w:rsidR="00764A60" w:rsidRDefault="00764A60" w:rsidP="00FC28EA">
            <w:pPr>
              <w:spacing w:before="40" w:after="40"/>
            </w:pPr>
            <w:r>
              <w:t>Máy mới nhưng sai màu sắc so với đơn hàng đã thanh toán.</w:t>
            </w:r>
          </w:p>
        </w:tc>
        <w:tc>
          <w:tcPr>
            <w:tcW w:w="2551" w:type="dxa"/>
            <w:tcMar>
              <w:top w:w="80" w:type="dxa"/>
              <w:left w:w="80" w:type="dxa"/>
              <w:bottom w:w="80" w:type="dxa"/>
              <w:right w:w="80" w:type="dxa"/>
            </w:tcMar>
            <w:vAlign w:val="center"/>
          </w:tcPr>
          <w:p w14:paraId="61E8F226" w14:textId="77777777" w:rsidR="00764A60" w:rsidRDefault="00764A60" w:rsidP="00FC28EA">
            <w:pPr>
              <w:spacing w:before="40" w:after="40"/>
            </w:pPr>
            <w:r>
              <w:t>Đổi đúng màu sắc đã đặt HOẶC Hoàn lại tiền 18.900.000 VNĐ.</w:t>
            </w:r>
          </w:p>
        </w:tc>
      </w:tr>
      <w:tr w:rsidR="00764A60" w14:paraId="03B4983E" w14:textId="77777777" w:rsidTr="00FC28EA">
        <w:trPr>
          <w:cantSplit/>
          <w:jc w:val="center"/>
        </w:trPr>
        <w:tc>
          <w:tcPr>
            <w:tcW w:w="567" w:type="dxa"/>
            <w:tcMar>
              <w:top w:w="80" w:type="dxa"/>
              <w:left w:w="80" w:type="dxa"/>
              <w:bottom w:w="80" w:type="dxa"/>
              <w:right w:w="80" w:type="dxa"/>
            </w:tcMar>
            <w:vAlign w:val="center"/>
          </w:tcPr>
          <w:p w14:paraId="1EF0B49E" w14:textId="77777777" w:rsidR="00764A60" w:rsidRDefault="00764A60" w:rsidP="00FC28EA">
            <w:pPr>
              <w:spacing w:before="40" w:after="40"/>
              <w:jc w:val="center"/>
            </w:pPr>
            <w:r>
              <w:lastRenderedPageBreak/>
              <w:t>3</w:t>
            </w:r>
          </w:p>
        </w:tc>
        <w:tc>
          <w:tcPr>
            <w:tcW w:w="1984" w:type="dxa"/>
            <w:tcMar>
              <w:top w:w="80" w:type="dxa"/>
              <w:left w:w="80" w:type="dxa"/>
              <w:bottom w:w="80" w:type="dxa"/>
              <w:right w:w="80" w:type="dxa"/>
            </w:tcMar>
            <w:vAlign w:val="center"/>
          </w:tcPr>
          <w:p w14:paraId="134DD716" w14:textId="77777777" w:rsidR="00764A60" w:rsidRDefault="00764A60" w:rsidP="00FC28EA">
            <w:pPr>
              <w:spacing w:before="40" w:after="40"/>
            </w:pPr>
            <w:r>
              <w:t>Samsung Galaxy S25 (Mới 100%, đúng màu đã đặt)</w:t>
            </w:r>
          </w:p>
        </w:tc>
        <w:tc>
          <w:tcPr>
            <w:tcW w:w="1814" w:type="dxa"/>
            <w:tcMar>
              <w:top w:w="80" w:type="dxa"/>
              <w:left w:w="80" w:type="dxa"/>
              <w:bottom w:w="80" w:type="dxa"/>
              <w:right w:w="80" w:type="dxa"/>
            </w:tcMar>
            <w:vAlign w:val="center"/>
          </w:tcPr>
          <w:p w14:paraId="2C41179F" w14:textId="77777777" w:rsidR="00764A60" w:rsidRDefault="00764A60" w:rsidP="00FC28EA">
            <w:pPr>
              <w:spacing w:before="40" w:after="40"/>
            </w:pPr>
            <w:r>
              <w:t>Samsung Galaxy S25 (Máy 3)</w:t>
            </w:r>
          </w:p>
        </w:tc>
        <w:tc>
          <w:tcPr>
            <w:tcW w:w="2438" w:type="dxa"/>
            <w:tcMar>
              <w:top w:w="80" w:type="dxa"/>
              <w:left w:w="80" w:type="dxa"/>
              <w:bottom w:w="80" w:type="dxa"/>
              <w:right w:w="80" w:type="dxa"/>
            </w:tcMar>
            <w:vAlign w:val="center"/>
          </w:tcPr>
          <w:p w14:paraId="5834042E" w14:textId="77777777" w:rsidR="00764A60" w:rsidRDefault="00764A60" w:rsidP="00FC28EA">
            <w:pPr>
              <w:spacing w:before="40" w:after="40"/>
            </w:pPr>
            <w:r>
              <w:t>Máy mới, đúng màu, hoạt động bình thường.</w:t>
            </w:r>
          </w:p>
        </w:tc>
        <w:tc>
          <w:tcPr>
            <w:tcW w:w="2551" w:type="dxa"/>
            <w:tcMar>
              <w:top w:w="80" w:type="dxa"/>
              <w:left w:w="80" w:type="dxa"/>
              <w:bottom w:w="80" w:type="dxa"/>
              <w:right w:w="80" w:type="dxa"/>
            </w:tcMar>
            <w:vAlign w:val="center"/>
          </w:tcPr>
          <w:p w14:paraId="5E91353F" w14:textId="77777777" w:rsidR="00764A60" w:rsidRDefault="00764A60" w:rsidP="00FC28EA">
            <w:pPr>
              <w:spacing w:before="40" w:after="40"/>
            </w:pPr>
            <w:r>
              <w:t>Giữ lại sử dụng (Không yêu cầu xử lý).</w:t>
            </w:r>
          </w:p>
        </w:tc>
      </w:tr>
    </w:tbl>
    <w:p w14:paraId="42413AA5" w14:textId="77777777" w:rsidR="00764A60" w:rsidRDefault="00764A60" w:rsidP="00764A60">
      <w:pPr>
        <w:spacing w:before="240" w:after="80"/>
      </w:pPr>
      <w:r>
        <w:rPr>
          <w:b/>
        </w:rPr>
        <w:t>III. YÊU CẦU GIẢI QUYẾT CỤ THỂ THEO THỨ TỰ ƯU TIÊN</w:t>
      </w:r>
    </w:p>
    <w:p w14:paraId="5B73A7A7" w14:textId="77777777" w:rsidR="00764A60" w:rsidRDefault="00764A60" w:rsidP="00764A60">
      <w:pPr>
        <w:spacing w:after="120" w:line="288" w:lineRule="auto"/>
      </w:pPr>
      <w:r>
        <w:t>Để bảo vệ quyền và lợi ích hợp pháp của người tiêu dùng, tôi trân trọng đề nghị Ban Giám đốc Công ty ABC Digital xem xét giải quyết theo thứ tự ưu tiên sau:</w:t>
      </w:r>
      <w:r>
        <w:br/>
      </w:r>
      <w:r>
        <w:br/>
        <w:t>• Ưu tiên 1 (Đổi hàng đúng cam kết): Tiến hành đổi 02 sản phẩm lỗi/sai màu sang 02 sản phẩm Samsung Galaxy S25 mới 100%, nguyên niêm phong nhà sản xuất và đúng màu sắc tôi đã đặt mua. Chi phí vận chuyển đổi trả do ABC Digital chịu 100%.</w:t>
      </w:r>
      <w:r>
        <w:br/>
      </w:r>
      <w:r>
        <w:br/>
        <w:t>• Ưu tiên 2 (Hoàn tiền 02 sản phẩm lỗi): Trong trường hợp ABC Digital không có sẵn hàng đúng màu sắc/mới 100% để giao, đề nghị hoàn trả lại 50% tổng giá trị đơn hàng, tương ứng số tiền 37.800.000 VNĐ (18.900.000 VNĐ x 2 máy) vào tài khoản ngân hàng của tôi.</w:t>
      </w:r>
      <w:r>
        <w:br/>
      </w:r>
      <w:r>
        <w:br/>
        <w:t>• Ưu tiên 3 (Hủy đơn hàng và hoàn tiền 100%): Trường hợp Quý công ty không đồng ý phương án đổi lẻ hoặc hoàn tiền từng phần, tôi yêu cầu hủy toàn bộ Đơn hàng ABC-021026-568, trả lại cả 03 sản phẩm và ABC Digital hoàn trả toàn bộ 56.700.000 VNĐ cho tôi.</w:t>
      </w:r>
    </w:p>
    <w:p w14:paraId="7EF39817" w14:textId="77777777" w:rsidR="00764A60" w:rsidRDefault="00764A60" w:rsidP="00764A60">
      <w:pPr>
        <w:spacing w:before="240" w:after="80"/>
      </w:pPr>
      <w:r>
        <w:rPr>
          <w:b/>
        </w:rPr>
        <w:t>IV. DANH MỤC CHỨNG CỨ VÀ ĐÁNH GIÁ TÌNH TRẠNG CHỨNG CỨ</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1984"/>
        <w:gridCol w:w="2268"/>
        <w:gridCol w:w="2268"/>
        <w:gridCol w:w="2268"/>
      </w:tblGrid>
      <w:tr w:rsidR="00764A60" w14:paraId="585F10A0" w14:textId="77777777" w:rsidTr="00764A60">
        <w:trPr>
          <w:jc w:val="center"/>
        </w:trPr>
        <w:tc>
          <w:tcPr>
            <w:tcW w:w="714" w:type="dxa"/>
            <w:shd w:val="clear" w:color="auto" w:fill="EAEAEA"/>
            <w:tcMar>
              <w:top w:w="80" w:type="dxa"/>
              <w:left w:w="80" w:type="dxa"/>
              <w:bottom w:w="80" w:type="dxa"/>
              <w:right w:w="80" w:type="dxa"/>
            </w:tcMar>
          </w:tcPr>
          <w:p w14:paraId="621EB62B" w14:textId="77777777" w:rsidR="00764A60" w:rsidRDefault="00764A60" w:rsidP="00FC28EA">
            <w:pPr>
              <w:jc w:val="center"/>
            </w:pPr>
            <w:r>
              <w:rPr>
                <w:b/>
              </w:rPr>
              <w:t>STT</w:t>
            </w:r>
          </w:p>
        </w:tc>
        <w:tc>
          <w:tcPr>
            <w:tcW w:w="1984" w:type="dxa"/>
            <w:shd w:val="clear" w:color="auto" w:fill="EAEAEA"/>
            <w:tcMar>
              <w:top w:w="80" w:type="dxa"/>
              <w:left w:w="80" w:type="dxa"/>
              <w:bottom w:w="80" w:type="dxa"/>
              <w:right w:w="80" w:type="dxa"/>
            </w:tcMar>
          </w:tcPr>
          <w:p w14:paraId="4F3F8DBA" w14:textId="77777777" w:rsidR="00764A60" w:rsidRDefault="00764A60" w:rsidP="00FC28EA">
            <w:pPr>
              <w:jc w:val="center"/>
            </w:pPr>
            <w:r>
              <w:rPr>
                <w:b/>
              </w:rPr>
              <w:t>Tên tài liệu / Chứng cứ</w:t>
            </w:r>
          </w:p>
        </w:tc>
        <w:tc>
          <w:tcPr>
            <w:tcW w:w="2268" w:type="dxa"/>
            <w:shd w:val="clear" w:color="auto" w:fill="EAEAEA"/>
            <w:tcMar>
              <w:top w:w="80" w:type="dxa"/>
              <w:left w:w="80" w:type="dxa"/>
              <w:bottom w:w="80" w:type="dxa"/>
              <w:right w:w="80" w:type="dxa"/>
            </w:tcMar>
          </w:tcPr>
          <w:p w14:paraId="542CE6F2" w14:textId="77777777" w:rsidR="00764A60" w:rsidRDefault="00764A60" w:rsidP="00FC28EA">
            <w:pPr>
              <w:jc w:val="center"/>
            </w:pPr>
            <w:r>
              <w:rPr>
                <w:b/>
              </w:rPr>
              <w:t>Mô tả nội dung chứng cứ</w:t>
            </w:r>
          </w:p>
        </w:tc>
        <w:tc>
          <w:tcPr>
            <w:tcW w:w="2268" w:type="dxa"/>
            <w:shd w:val="clear" w:color="auto" w:fill="EAEAEA"/>
            <w:tcMar>
              <w:top w:w="80" w:type="dxa"/>
              <w:left w:w="80" w:type="dxa"/>
              <w:bottom w:w="80" w:type="dxa"/>
              <w:right w:w="80" w:type="dxa"/>
            </w:tcMar>
          </w:tcPr>
          <w:p w14:paraId="59A4AB9A" w14:textId="77777777" w:rsidR="00764A60" w:rsidRDefault="00764A60" w:rsidP="00FC28EA">
            <w:pPr>
              <w:jc w:val="center"/>
            </w:pPr>
            <w:r>
              <w:rPr>
                <w:b/>
              </w:rPr>
              <w:t>Đánh giá tình trạng chứng cứ</w:t>
            </w:r>
          </w:p>
        </w:tc>
        <w:tc>
          <w:tcPr>
            <w:tcW w:w="2268" w:type="dxa"/>
            <w:shd w:val="clear" w:color="auto" w:fill="EAEAEA"/>
            <w:tcMar>
              <w:top w:w="80" w:type="dxa"/>
              <w:left w:w="80" w:type="dxa"/>
              <w:bottom w:w="80" w:type="dxa"/>
              <w:right w:w="80" w:type="dxa"/>
            </w:tcMar>
          </w:tcPr>
          <w:p w14:paraId="1D581D0C" w14:textId="77777777" w:rsidR="00764A60" w:rsidRDefault="00764A60" w:rsidP="00FC28EA">
            <w:pPr>
              <w:jc w:val="center"/>
            </w:pPr>
            <w:r>
              <w:rPr>
                <w:b/>
              </w:rPr>
              <w:t>Hướng bổ sung / Khắc phục</w:t>
            </w:r>
          </w:p>
        </w:tc>
      </w:tr>
      <w:tr w:rsidR="00764A60" w14:paraId="23E7B515" w14:textId="77777777" w:rsidTr="00764A60">
        <w:trPr>
          <w:cantSplit/>
          <w:jc w:val="center"/>
        </w:trPr>
        <w:tc>
          <w:tcPr>
            <w:tcW w:w="714" w:type="dxa"/>
            <w:tcMar>
              <w:top w:w="80" w:type="dxa"/>
              <w:left w:w="80" w:type="dxa"/>
              <w:bottom w:w="80" w:type="dxa"/>
              <w:right w:w="80" w:type="dxa"/>
            </w:tcMar>
            <w:vAlign w:val="center"/>
          </w:tcPr>
          <w:p w14:paraId="520DBDF7" w14:textId="77777777" w:rsidR="00764A60" w:rsidRDefault="00764A60" w:rsidP="00FC28EA">
            <w:pPr>
              <w:spacing w:before="40" w:after="40"/>
              <w:jc w:val="center"/>
            </w:pPr>
            <w:r>
              <w:t>1</w:t>
            </w:r>
          </w:p>
        </w:tc>
        <w:tc>
          <w:tcPr>
            <w:tcW w:w="1984" w:type="dxa"/>
            <w:tcMar>
              <w:top w:w="80" w:type="dxa"/>
              <w:left w:w="80" w:type="dxa"/>
              <w:bottom w:w="80" w:type="dxa"/>
              <w:right w:w="80" w:type="dxa"/>
            </w:tcMar>
            <w:vAlign w:val="center"/>
          </w:tcPr>
          <w:p w14:paraId="743D7F86" w14:textId="77777777" w:rsidR="00764A60" w:rsidRDefault="00764A60" w:rsidP="00FC28EA">
            <w:pPr>
              <w:spacing w:before="40" w:after="40"/>
            </w:pPr>
            <w:r>
              <w:t>Hóa đơn / Xác nhận đơn hàng &amp; Sao kê chuyển khoản</w:t>
            </w:r>
          </w:p>
        </w:tc>
        <w:tc>
          <w:tcPr>
            <w:tcW w:w="2268" w:type="dxa"/>
            <w:tcMar>
              <w:top w:w="80" w:type="dxa"/>
              <w:left w:w="80" w:type="dxa"/>
              <w:bottom w:w="80" w:type="dxa"/>
              <w:right w:w="80" w:type="dxa"/>
            </w:tcMar>
            <w:vAlign w:val="center"/>
          </w:tcPr>
          <w:p w14:paraId="76522CDD" w14:textId="77777777" w:rsidR="00764A60" w:rsidRDefault="00764A60" w:rsidP="00FC28EA">
            <w:pPr>
              <w:spacing w:before="40" w:after="40"/>
            </w:pPr>
            <w:r>
              <w:t>Xác nhận đặt 03 máy S25 (56.700.000 đ) ngày 02/10/2026.</w:t>
            </w:r>
          </w:p>
        </w:tc>
        <w:tc>
          <w:tcPr>
            <w:tcW w:w="2268" w:type="dxa"/>
            <w:tcMar>
              <w:top w:w="80" w:type="dxa"/>
              <w:left w:w="80" w:type="dxa"/>
              <w:bottom w:w="80" w:type="dxa"/>
              <w:right w:w="80" w:type="dxa"/>
            </w:tcMar>
            <w:vAlign w:val="center"/>
          </w:tcPr>
          <w:p w14:paraId="49901DC9" w14:textId="77777777" w:rsidR="00764A60" w:rsidRDefault="00764A60" w:rsidP="00FC28EA">
            <w:pPr>
              <w:spacing w:before="40" w:after="40"/>
            </w:pPr>
            <w:r>
              <w:t>ĐẦY ĐỦ (Pháp lý rõ ràng)</w:t>
            </w:r>
          </w:p>
        </w:tc>
        <w:tc>
          <w:tcPr>
            <w:tcW w:w="2268" w:type="dxa"/>
            <w:tcMar>
              <w:top w:w="80" w:type="dxa"/>
              <w:left w:w="80" w:type="dxa"/>
              <w:bottom w:w="80" w:type="dxa"/>
              <w:right w:w="80" w:type="dxa"/>
            </w:tcMar>
            <w:vAlign w:val="center"/>
          </w:tcPr>
          <w:p w14:paraId="38D37978" w14:textId="77777777" w:rsidR="00764A60" w:rsidRDefault="00764A60" w:rsidP="00FC28EA">
            <w:pPr>
              <w:spacing w:before="40" w:after="40"/>
            </w:pPr>
            <w:r>
              <w:t>Không cần bổ sung.</w:t>
            </w:r>
          </w:p>
        </w:tc>
      </w:tr>
      <w:tr w:rsidR="00764A60" w14:paraId="1B811C88" w14:textId="77777777" w:rsidTr="00764A60">
        <w:trPr>
          <w:cantSplit/>
          <w:jc w:val="center"/>
        </w:trPr>
        <w:tc>
          <w:tcPr>
            <w:tcW w:w="714" w:type="dxa"/>
            <w:tcMar>
              <w:top w:w="80" w:type="dxa"/>
              <w:left w:w="80" w:type="dxa"/>
              <w:bottom w:w="80" w:type="dxa"/>
              <w:right w:w="80" w:type="dxa"/>
            </w:tcMar>
            <w:vAlign w:val="center"/>
          </w:tcPr>
          <w:p w14:paraId="0B1A9ADC" w14:textId="77777777" w:rsidR="00764A60" w:rsidRDefault="00764A60" w:rsidP="00FC28EA">
            <w:pPr>
              <w:spacing w:before="40" w:after="40"/>
              <w:jc w:val="center"/>
            </w:pPr>
            <w:r>
              <w:t>2</w:t>
            </w:r>
          </w:p>
        </w:tc>
        <w:tc>
          <w:tcPr>
            <w:tcW w:w="1984" w:type="dxa"/>
            <w:tcMar>
              <w:top w:w="80" w:type="dxa"/>
              <w:left w:w="80" w:type="dxa"/>
              <w:bottom w:w="80" w:type="dxa"/>
              <w:right w:w="80" w:type="dxa"/>
            </w:tcMar>
            <w:vAlign w:val="center"/>
          </w:tcPr>
          <w:p w14:paraId="16B38E31" w14:textId="77777777" w:rsidR="00764A60" w:rsidRDefault="00764A60" w:rsidP="00FC28EA">
            <w:pPr>
              <w:spacing w:before="40" w:after="40"/>
            </w:pPr>
            <w:r>
              <w:t>Ảnh chụp màn hình Chính sách đổi trả trên Website</w:t>
            </w:r>
          </w:p>
        </w:tc>
        <w:tc>
          <w:tcPr>
            <w:tcW w:w="2268" w:type="dxa"/>
            <w:tcMar>
              <w:top w:w="80" w:type="dxa"/>
              <w:left w:w="80" w:type="dxa"/>
              <w:bottom w:w="80" w:type="dxa"/>
              <w:right w:w="80" w:type="dxa"/>
            </w:tcMar>
            <w:vAlign w:val="center"/>
          </w:tcPr>
          <w:p w14:paraId="01629DFC" w14:textId="77777777" w:rsidR="00764A60" w:rsidRDefault="00764A60" w:rsidP="00FC28EA">
            <w:pPr>
              <w:spacing w:before="40" w:after="40"/>
            </w:pPr>
            <w:r>
              <w:t>Quy định đổi trả trong 7 ngày đối với sản phẩm lỗi.</w:t>
            </w:r>
          </w:p>
        </w:tc>
        <w:tc>
          <w:tcPr>
            <w:tcW w:w="2268" w:type="dxa"/>
            <w:tcMar>
              <w:top w:w="80" w:type="dxa"/>
              <w:left w:w="80" w:type="dxa"/>
              <w:bottom w:w="80" w:type="dxa"/>
              <w:right w:w="80" w:type="dxa"/>
            </w:tcMar>
            <w:vAlign w:val="center"/>
          </w:tcPr>
          <w:p w14:paraId="3F537828" w14:textId="77777777" w:rsidR="00764A60" w:rsidRDefault="00764A60" w:rsidP="00FC28EA">
            <w:pPr>
              <w:spacing w:before="40" w:after="40"/>
            </w:pPr>
            <w:r>
              <w:t>ĐẦY ĐỦ (Đã lập vi bằng/lưu trữ)</w:t>
            </w:r>
          </w:p>
        </w:tc>
        <w:tc>
          <w:tcPr>
            <w:tcW w:w="2268" w:type="dxa"/>
            <w:tcMar>
              <w:top w:w="80" w:type="dxa"/>
              <w:left w:w="80" w:type="dxa"/>
              <w:bottom w:w="80" w:type="dxa"/>
              <w:right w:w="80" w:type="dxa"/>
            </w:tcMar>
            <w:vAlign w:val="center"/>
          </w:tcPr>
          <w:p w14:paraId="00356570" w14:textId="77777777" w:rsidR="00764A60" w:rsidRDefault="00764A60" w:rsidP="00FC28EA">
            <w:pPr>
              <w:spacing w:before="40" w:after="40"/>
            </w:pPr>
            <w:r>
              <w:t>Cần trích dẫn làm căn cứ đối chiếu.</w:t>
            </w:r>
          </w:p>
        </w:tc>
      </w:tr>
      <w:tr w:rsidR="00764A60" w14:paraId="7B9775E7" w14:textId="77777777" w:rsidTr="00764A60">
        <w:trPr>
          <w:cantSplit/>
          <w:jc w:val="center"/>
        </w:trPr>
        <w:tc>
          <w:tcPr>
            <w:tcW w:w="714" w:type="dxa"/>
            <w:tcMar>
              <w:top w:w="80" w:type="dxa"/>
              <w:left w:w="80" w:type="dxa"/>
              <w:bottom w:w="80" w:type="dxa"/>
              <w:right w:w="80" w:type="dxa"/>
            </w:tcMar>
            <w:vAlign w:val="center"/>
          </w:tcPr>
          <w:p w14:paraId="433052A4" w14:textId="77777777" w:rsidR="00764A60" w:rsidRDefault="00764A60" w:rsidP="00FC28EA">
            <w:pPr>
              <w:spacing w:before="40" w:after="40"/>
              <w:jc w:val="center"/>
            </w:pPr>
            <w:r>
              <w:lastRenderedPageBreak/>
              <w:t>3</w:t>
            </w:r>
          </w:p>
        </w:tc>
        <w:tc>
          <w:tcPr>
            <w:tcW w:w="1984" w:type="dxa"/>
            <w:tcMar>
              <w:top w:w="80" w:type="dxa"/>
              <w:left w:w="80" w:type="dxa"/>
              <w:bottom w:w="80" w:type="dxa"/>
              <w:right w:w="80" w:type="dxa"/>
            </w:tcMar>
            <w:vAlign w:val="center"/>
          </w:tcPr>
          <w:p w14:paraId="2FDF3F83" w14:textId="77777777" w:rsidR="00764A60" w:rsidRDefault="00764A60" w:rsidP="00FC28EA">
            <w:pPr>
              <w:spacing w:before="40" w:after="40"/>
            </w:pPr>
            <w:r>
              <w:t>Video clip mở hộp (Unboxing video)</w:t>
            </w:r>
          </w:p>
        </w:tc>
        <w:tc>
          <w:tcPr>
            <w:tcW w:w="2268" w:type="dxa"/>
            <w:tcMar>
              <w:top w:w="80" w:type="dxa"/>
              <w:left w:w="80" w:type="dxa"/>
              <w:bottom w:w="80" w:type="dxa"/>
              <w:right w:w="80" w:type="dxa"/>
            </w:tcMar>
            <w:vAlign w:val="center"/>
          </w:tcPr>
          <w:p w14:paraId="22944794" w14:textId="77777777" w:rsidR="00764A60" w:rsidRDefault="00764A60" w:rsidP="00FC28EA">
            <w:pPr>
              <w:spacing w:before="40" w:after="40"/>
            </w:pPr>
            <w:r>
              <w:t>Ghi lại quá trình mở bưu phẩm ngày 06/10/2026.</w:t>
            </w:r>
          </w:p>
        </w:tc>
        <w:tc>
          <w:tcPr>
            <w:tcW w:w="2268" w:type="dxa"/>
            <w:tcMar>
              <w:top w:w="80" w:type="dxa"/>
              <w:left w:w="80" w:type="dxa"/>
              <w:bottom w:w="80" w:type="dxa"/>
              <w:right w:w="80" w:type="dxa"/>
            </w:tcMar>
            <w:vAlign w:val="center"/>
          </w:tcPr>
          <w:p w14:paraId="2D8ABB14" w14:textId="77777777" w:rsidR="00764A60" w:rsidRDefault="00764A60" w:rsidP="00FC28EA">
            <w:pPr>
              <w:spacing w:before="40" w:after="40"/>
            </w:pPr>
            <w:r>
              <w:t>CHƯA ĐẦY ĐỦ (Do bị gián đoạn một đoạn ngắn)</w:t>
            </w:r>
          </w:p>
        </w:tc>
        <w:tc>
          <w:tcPr>
            <w:tcW w:w="2268" w:type="dxa"/>
            <w:tcMar>
              <w:top w:w="80" w:type="dxa"/>
              <w:left w:w="80" w:type="dxa"/>
              <w:bottom w:w="80" w:type="dxa"/>
              <w:right w:w="80" w:type="dxa"/>
            </w:tcMar>
            <w:vAlign w:val="center"/>
          </w:tcPr>
          <w:p w14:paraId="3E37BE97" w14:textId="77777777" w:rsidR="00764A60" w:rsidRDefault="00764A60" w:rsidP="00FC28EA">
            <w:pPr>
              <w:spacing w:before="40" w:after="40"/>
            </w:pPr>
            <w:r>
              <w:t>Cần bổ sung Video log lịch sử kích hoạt máy (IMEI check) từ Samsung + Biên bản giao nhận của bên shipper.</w:t>
            </w:r>
          </w:p>
        </w:tc>
      </w:tr>
      <w:tr w:rsidR="00764A60" w14:paraId="5F8B2253" w14:textId="77777777" w:rsidTr="00764A60">
        <w:trPr>
          <w:cantSplit/>
          <w:jc w:val="center"/>
        </w:trPr>
        <w:tc>
          <w:tcPr>
            <w:tcW w:w="714" w:type="dxa"/>
            <w:tcMar>
              <w:top w:w="80" w:type="dxa"/>
              <w:left w:w="80" w:type="dxa"/>
              <w:bottom w:w="80" w:type="dxa"/>
              <w:right w:w="80" w:type="dxa"/>
            </w:tcMar>
            <w:vAlign w:val="center"/>
          </w:tcPr>
          <w:p w14:paraId="7C9310F5" w14:textId="77777777" w:rsidR="00764A60" w:rsidRDefault="00764A60" w:rsidP="00FC28EA">
            <w:pPr>
              <w:spacing w:before="40" w:after="40"/>
              <w:jc w:val="center"/>
            </w:pPr>
            <w:r>
              <w:t>4</w:t>
            </w:r>
          </w:p>
        </w:tc>
        <w:tc>
          <w:tcPr>
            <w:tcW w:w="1984" w:type="dxa"/>
            <w:tcMar>
              <w:top w:w="80" w:type="dxa"/>
              <w:left w:w="80" w:type="dxa"/>
              <w:bottom w:w="80" w:type="dxa"/>
              <w:right w:w="80" w:type="dxa"/>
            </w:tcMar>
            <w:vAlign w:val="center"/>
          </w:tcPr>
          <w:p w14:paraId="30FE7287" w14:textId="77777777" w:rsidR="00764A60" w:rsidRDefault="00764A60" w:rsidP="00FC28EA">
            <w:pPr>
              <w:spacing w:before="40" w:after="40"/>
            </w:pPr>
            <w:r>
              <w:t>Ảnh chụp chi tiết vết xước &amp; tem sai màu</w:t>
            </w:r>
          </w:p>
        </w:tc>
        <w:tc>
          <w:tcPr>
            <w:tcW w:w="2268" w:type="dxa"/>
            <w:tcMar>
              <w:top w:w="80" w:type="dxa"/>
              <w:left w:w="80" w:type="dxa"/>
              <w:bottom w:w="80" w:type="dxa"/>
              <w:right w:w="80" w:type="dxa"/>
            </w:tcMar>
            <w:vAlign w:val="center"/>
          </w:tcPr>
          <w:p w14:paraId="2C7C71B2" w14:textId="77777777" w:rsidR="00764A60" w:rsidRDefault="00764A60" w:rsidP="00FC28EA">
            <w:pPr>
              <w:spacing w:before="40" w:after="40"/>
            </w:pPr>
            <w:r>
              <w:t>Hình ảnh thực tế 02 máy bị lỗi/sai màu.</w:t>
            </w:r>
          </w:p>
        </w:tc>
        <w:tc>
          <w:tcPr>
            <w:tcW w:w="2268" w:type="dxa"/>
            <w:tcMar>
              <w:top w:w="80" w:type="dxa"/>
              <w:left w:w="80" w:type="dxa"/>
              <w:bottom w:w="80" w:type="dxa"/>
              <w:right w:w="80" w:type="dxa"/>
            </w:tcMar>
            <w:vAlign w:val="center"/>
          </w:tcPr>
          <w:p w14:paraId="3D228C89" w14:textId="77777777" w:rsidR="00764A60" w:rsidRDefault="00764A60" w:rsidP="00FC28EA">
            <w:pPr>
              <w:spacing w:before="40" w:after="40"/>
            </w:pPr>
            <w:r>
              <w:t>ĐẦY ĐỦ</w:t>
            </w:r>
          </w:p>
        </w:tc>
        <w:tc>
          <w:tcPr>
            <w:tcW w:w="2268" w:type="dxa"/>
            <w:tcMar>
              <w:top w:w="80" w:type="dxa"/>
              <w:left w:w="80" w:type="dxa"/>
              <w:bottom w:w="80" w:type="dxa"/>
              <w:right w:w="80" w:type="dxa"/>
            </w:tcMar>
            <w:vAlign w:val="center"/>
          </w:tcPr>
          <w:p w14:paraId="7176398F" w14:textId="77777777" w:rsidR="00764A60" w:rsidRDefault="00764A60" w:rsidP="00FC28EA">
            <w:pPr>
              <w:spacing w:before="40" w:after="40"/>
            </w:pPr>
            <w:r>
              <w:t>Có thể đối chiếu trực tiếp khi kiểm tra sản phẩm.</w:t>
            </w:r>
          </w:p>
        </w:tc>
      </w:tr>
    </w:tbl>
    <w:p w14:paraId="77B0C242" w14:textId="77777777" w:rsidR="00764A60" w:rsidRDefault="00764A60" w:rsidP="00764A60">
      <w:pPr>
        <w:spacing w:before="240" w:after="80"/>
      </w:pPr>
      <w:r>
        <w:rPr>
          <w:b/>
        </w:rPr>
        <w:t>V. THỜI HẠN PHẢN HỒI VÀ PHƯƠNG ÁN XỬ LÝ NẾU THƯƠNG LƯỢNG KHÔNG THÀNH</w:t>
      </w:r>
    </w:p>
    <w:p w14:paraId="531964B2" w14:textId="77777777" w:rsidR="00764A60" w:rsidRDefault="00764A60" w:rsidP="00764A60">
      <w:pPr>
        <w:spacing w:after="120" w:line="288" w:lineRule="auto"/>
      </w:pPr>
      <w:r>
        <w:t>1. Thời hạn phản hồi:</w:t>
      </w:r>
      <w:r>
        <w:br/>
        <w:t>Kính đề nghị Công ty ABC Digital có văn bản phản hồi chính thức về phương án giải quyết đơn khiếu nại này trong thời hạn 05 ngày làm việc kể từ ngày nhận được đơn (Chậm nhất trước 17h00 ngày 17/10/2026).</w:t>
      </w:r>
      <w:r>
        <w:br/>
      </w:r>
      <w:r>
        <w:br/>
        <w:t>2. Phương án xử lý nếu thương lượng không thành:</w:t>
      </w:r>
      <w:r>
        <w:br/>
        <w:t>Nếu quá thời hạn nêu trên mà Quý công ty không có phản hồi, hoặc tiếp tục từ chối giải quyết quyền lợi hợp pháp của tôi mà không có lý do chính đáng, tôi sẽ tiến hành các thủ tục pháp lý tiếp theo bao gồm:</w:t>
      </w:r>
      <w:r>
        <w:br/>
        <w:t>a) Gửi đơn khiếu nại chính thức kèm toàn bộ hồ sơ chứng cứ tới Cục Cạnh tranh và Bảo vệ người tiêu dùng (Bộ Công Thương) và Hội Bảo vệ Quyền lợi Người tiêu dùng TP. Hà Nội để yêu cầu can thiệp, xử lý hành vi vi phạm.</w:t>
      </w:r>
      <w:r>
        <w:br/>
        <w:t>b) Khởi kiện Công ty ABC Digital ra Tòa án nhân dân có thẩm quyền để yêu cầu bồi thường thiệt hại và hoàn trả tiền theo quy định của Bộ luật Dân sự và Luật Bảo vệ quyền lợi người tiêu dùng.</w:t>
      </w:r>
      <w:r>
        <w:br/>
        <w:t>c) Trình báo cơ quan Quản lý thị trường kiểm tra dấu hiệu kinh doanh hàng hóa đã qua sử dụng không rõ nguồn gốc/không đúng hợp đồng.</w:t>
      </w:r>
    </w:p>
    <w:p w14:paraId="1038F149" w14:textId="77777777" w:rsidR="00764A60" w:rsidRDefault="00764A60" w:rsidP="00764A60">
      <w:pPr>
        <w:spacing w:before="160" w:after="240"/>
      </w:pPr>
      <w:r>
        <w:rPr>
          <w:i/>
        </w:rPr>
        <w:t>Tôi cam đoan toàn bộ thông tin và chứng cứ nêu trên là hoàn toàn trung thực và sẵn sàng phối hợp cùng Quý công ty để kiểm tra, đối chiếu sản phẩm thực tế.</w:t>
      </w:r>
    </w:p>
    <w:p w14:paraId="3D0B27AE" w14:textId="458063C7" w:rsidR="00764A60" w:rsidRDefault="00764A60" w:rsidP="00764A60">
      <w:pPr>
        <w:spacing w:after="0"/>
        <w:rPr>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64A60" w14:paraId="2E300768" w14:textId="77777777" w:rsidTr="00764A60">
        <w:tc>
          <w:tcPr>
            <w:tcW w:w="4697" w:type="dxa"/>
          </w:tcPr>
          <w:p w14:paraId="61F384B9" w14:textId="77777777" w:rsidR="00764A60" w:rsidRDefault="00764A60" w:rsidP="00764A60">
            <w:pPr>
              <w:jc w:val="center"/>
              <w:rPr>
                <w:i/>
              </w:rPr>
            </w:pPr>
          </w:p>
        </w:tc>
        <w:tc>
          <w:tcPr>
            <w:tcW w:w="4698" w:type="dxa"/>
          </w:tcPr>
          <w:p w14:paraId="4755E6B4" w14:textId="77777777" w:rsidR="00764A60" w:rsidRDefault="00764A60" w:rsidP="00764A60">
            <w:pPr>
              <w:jc w:val="center"/>
              <w:rPr>
                <w:i/>
              </w:rPr>
            </w:pPr>
            <w:r>
              <w:rPr>
                <w:b/>
              </w:rPr>
              <w:t>NGƯỜI KHIẾU NẠI</w:t>
            </w:r>
            <w:r>
              <w:rPr>
                <w:b/>
              </w:rPr>
              <w:br/>
            </w:r>
            <w:r>
              <w:rPr>
                <w:i/>
              </w:rPr>
              <w:t>(Ký và ghi rõ họ tên)</w:t>
            </w:r>
          </w:p>
          <w:p w14:paraId="56379A87" w14:textId="77777777" w:rsidR="00764A60" w:rsidRDefault="00764A60" w:rsidP="00764A60">
            <w:pPr>
              <w:jc w:val="center"/>
              <w:rPr>
                <w:i/>
              </w:rPr>
            </w:pPr>
          </w:p>
        </w:tc>
      </w:tr>
    </w:tbl>
    <w:p w14:paraId="77B0951B" w14:textId="4895FCAC" w:rsidR="00B25DB6" w:rsidRDefault="00764A60" w:rsidP="00764A60">
      <w:pPr>
        <w:spacing w:after="0"/>
      </w:pPr>
      <w:r>
        <w:rPr>
          <w:i/>
        </w:rPr>
        <w:lastRenderedPageBreak/>
        <w:br/>
      </w:r>
      <w:r>
        <w:rPr>
          <w:i/>
        </w:rPr>
        <w:br/>
      </w:r>
      <w:r w:rsidR="00B25DB6">
        <w:br w:type="page"/>
      </w:r>
    </w:p>
    <w:p w14:paraId="4FDC7621" w14:textId="77777777" w:rsidR="00764A60" w:rsidRDefault="00764A60" w:rsidP="00764A60">
      <w:pPr>
        <w:spacing w:after="40"/>
        <w:jc w:val="center"/>
      </w:pPr>
      <w:r>
        <w:rPr>
          <w:b/>
          <w:sz w:val="24"/>
        </w:rPr>
        <w:lastRenderedPageBreak/>
        <w:t>CỘNG HÒA XÃ HỘI CHỦ NGHĨA VIỆT NAM</w:t>
      </w:r>
      <w:r>
        <w:rPr>
          <w:b/>
          <w:sz w:val="24"/>
        </w:rPr>
        <w:br/>
      </w:r>
      <w:r>
        <w:rPr>
          <w:b/>
        </w:rPr>
        <w:t>Độc lập – Tự do – Hạnh phúc</w:t>
      </w:r>
    </w:p>
    <w:p w14:paraId="57ACBE5B" w14:textId="77777777" w:rsidR="00764A60" w:rsidRDefault="00764A60" w:rsidP="00764A60">
      <w:pPr>
        <w:spacing w:before="240" w:after="40"/>
        <w:jc w:val="center"/>
      </w:pPr>
      <w:r>
        <w:rPr>
          <w:b/>
          <w:sz w:val="32"/>
        </w:rPr>
        <w:t>ĐƠN ĐẶT HÀNG</w:t>
      </w:r>
    </w:p>
    <w:p w14:paraId="190F9841" w14:textId="77777777" w:rsidR="00764A60" w:rsidRDefault="00764A60" w:rsidP="00764A60">
      <w:pPr>
        <w:spacing w:after="240"/>
        <w:jc w:val="center"/>
      </w:pPr>
      <w:r>
        <w:rPr>
          <w:i/>
        </w:rPr>
        <w:t>Số: 1510/2026/ĐĐH-MP</w:t>
      </w:r>
    </w:p>
    <w:p w14:paraId="0650BE5F" w14:textId="77777777" w:rsidR="00764A60" w:rsidRDefault="00764A60" w:rsidP="00764A60">
      <w:pPr>
        <w:spacing w:after="240"/>
        <w:jc w:val="right"/>
      </w:pPr>
      <w:r>
        <w:rPr>
          <w:i/>
        </w:rPr>
        <w:t>Hà Nội, ngày 15 tháng 10 năm 2026</w:t>
      </w:r>
    </w:p>
    <w:p w14:paraId="62A4044C" w14:textId="77777777" w:rsidR="00764A60" w:rsidRDefault="00764A60" w:rsidP="00764A60">
      <w:pPr>
        <w:spacing w:after="80" w:line="288" w:lineRule="auto"/>
      </w:pPr>
      <w:r>
        <w:rPr>
          <w:b/>
        </w:rPr>
        <w:t xml:space="preserve">Kính gửi: </w:t>
      </w:r>
      <w:r>
        <w:t>CÔNG TY CỔ PHẦN CÔNG NGHỆ HOÀNG GIA</w:t>
      </w:r>
      <w:r>
        <w:br/>
        <w:t>Địa chỉ: Số 123 Đường Nguyễn Trãi, Quận Thanh Xuân, TP. Hà Nội</w:t>
      </w:r>
      <w:r>
        <w:br/>
        <w:t>Điện thoại: 024.3888.xxxx | Email: kinhdoanh@hoanggiatech.vn</w:t>
      </w:r>
    </w:p>
    <w:p w14:paraId="4945C3E1" w14:textId="77777777" w:rsidR="00764A60" w:rsidRDefault="00764A60" w:rsidP="00764A60">
      <w:pPr>
        <w:spacing w:before="120" w:after="160" w:line="288" w:lineRule="auto"/>
      </w:pPr>
      <w:r>
        <w:rPr>
          <w:b/>
        </w:rPr>
        <w:t xml:space="preserve">Bên đặt hàng: </w:t>
      </w:r>
      <w:r>
        <w:t>CÔNG TY TNHH THƯƠNG MẠI MINH PHÁT</w:t>
      </w:r>
      <w:r>
        <w:br/>
        <w:t>Địa chỉ: Số 45 Đường Lạng Hạ, Quận Đống Đa, TP. Hà Nội</w:t>
      </w:r>
      <w:r>
        <w:br/>
        <w:t>Mã số thuế: 0101234567 | Đại diện: Ông Nguyễn Văn Minh - Chức vụ: Giám đốc</w:t>
      </w:r>
    </w:p>
    <w:p w14:paraId="14787AA3" w14:textId="77777777" w:rsidR="00764A60" w:rsidRDefault="00764A60" w:rsidP="00764A60">
      <w:pPr>
        <w:spacing w:after="120"/>
      </w:pPr>
      <w:r>
        <w:t>Căn cứ nhu cầu mở rộng hệ thống kinh doanh, Công ty TNHH Thương mại Minh Phát trân trọng gửi Đơn đặt hàng thiết bị văn phòng tới Quý công ty với nội dung chi tiết như sau:</w:t>
      </w:r>
    </w:p>
    <w:p w14:paraId="6D058844" w14:textId="77777777" w:rsidR="00764A60" w:rsidRDefault="00764A60" w:rsidP="00764A60">
      <w:pPr>
        <w:spacing w:before="160" w:after="80"/>
      </w:pPr>
      <w:r>
        <w:rPr>
          <w:b/>
        </w:rPr>
        <w:t>I. Danh mục hàng hóa và Giá trị đơn hàng (Bảng 7 cột):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1417"/>
        <w:gridCol w:w="2381"/>
        <w:gridCol w:w="875"/>
        <w:gridCol w:w="851"/>
        <w:gridCol w:w="1391"/>
        <w:gridCol w:w="1701"/>
      </w:tblGrid>
      <w:tr w:rsidR="00764A60" w14:paraId="447243D3" w14:textId="77777777" w:rsidTr="00764A60">
        <w:trPr>
          <w:jc w:val="center"/>
        </w:trPr>
        <w:tc>
          <w:tcPr>
            <w:tcW w:w="714" w:type="dxa"/>
            <w:shd w:val="clear" w:color="auto" w:fill="EAEAEA"/>
            <w:tcMar>
              <w:top w:w="80" w:type="dxa"/>
              <w:left w:w="80" w:type="dxa"/>
              <w:bottom w:w="80" w:type="dxa"/>
              <w:right w:w="80" w:type="dxa"/>
            </w:tcMar>
          </w:tcPr>
          <w:p w14:paraId="08499CBB" w14:textId="77777777" w:rsidR="00764A60" w:rsidRDefault="00764A60" w:rsidP="00FC28EA">
            <w:pPr>
              <w:jc w:val="center"/>
            </w:pPr>
            <w:r>
              <w:rPr>
                <w:b/>
              </w:rPr>
              <w:t>STT</w:t>
            </w:r>
          </w:p>
        </w:tc>
        <w:tc>
          <w:tcPr>
            <w:tcW w:w="1417" w:type="dxa"/>
            <w:shd w:val="clear" w:color="auto" w:fill="EAEAEA"/>
            <w:tcMar>
              <w:top w:w="80" w:type="dxa"/>
              <w:left w:w="80" w:type="dxa"/>
              <w:bottom w:w="80" w:type="dxa"/>
              <w:right w:w="80" w:type="dxa"/>
            </w:tcMar>
          </w:tcPr>
          <w:p w14:paraId="0B0E6783" w14:textId="77777777" w:rsidR="00764A60" w:rsidRDefault="00764A60" w:rsidP="00FC28EA">
            <w:pPr>
              <w:jc w:val="center"/>
            </w:pPr>
            <w:r>
              <w:rPr>
                <w:b/>
              </w:rPr>
              <w:t>Mã sản phẩm</w:t>
            </w:r>
          </w:p>
        </w:tc>
        <w:tc>
          <w:tcPr>
            <w:tcW w:w="2381" w:type="dxa"/>
            <w:shd w:val="clear" w:color="auto" w:fill="EAEAEA"/>
            <w:tcMar>
              <w:top w:w="80" w:type="dxa"/>
              <w:left w:w="80" w:type="dxa"/>
              <w:bottom w:w="80" w:type="dxa"/>
              <w:right w:w="80" w:type="dxa"/>
            </w:tcMar>
          </w:tcPr>
          <w:p w14:paraId="42A5BB32" w14:textId="77777777" w:rsidR="00764A60" w:rsidRDefault="00764A60" w:rsidP="00FC28EA">
            <w:pPr>
              <w:jc w:val="center"/>
            </w:pPr>
            <w:r>
              <w:rPr>
                <w:b/>
              </w:rPr>
              <w:t>Tên sản phẩm</w:t>
            </w:r>
          </w:p>
        </w:tc>
        <w:tc>
          <w:tcPr>
            <w:tcW w:w="875" w:type="dxa"/>
            <w:shd w:val="clear" w:color="auto" w:fill="EAEAEA"/>
            <w:tcMar>
              <w:top w:w="80" w:type="dxa"/>
              <w:left w:w="80" w:type="dxa"/>
              <w:bottom w:w="80" w:type="dxa"/>
              <w:right w:w="80" w:type="dxa"/>
            </w:tcMar>
          </w:tcPr>
          <w:p w14:paraId="6B0B4640" w14:textId="77777777" w:rsidR="00764A60" w:rsidRDefault="00764A60" w:rsidP="00FC28EA">
            <w:pPr>
              <w:jc w:val="center"/>
            </w:pPr>
            <w:r>
              <w:rPr>
                <w:b/>
              </w:rPr>
              <w:t>ĐVT</w:t>
            </w:r>
          </w:p>
        </w:tc>
        <w:tc>
          <w:tcPr>
            <w:tcW w:w="851" w:type="dxa"/>
            <w:shd w:val="clear" w:color="auto" w:fill="EAEAEA"/>
            <w:tcMar>
              <w:top w:w="80" w:type="dxa"/>
              <w:left w:w="80" w:type="dxa"/>
              <w:bottom w:w="80" w:type="dxa"/>
              <w:right w:w="80" w:type="dxa"/>
            </w:tcMar>
          </w:tcPr>
          <w:p w14:paraId="2A930454" w14:textId="77777777" w:rsidR="00764A60" w:rsidRDefault="00764A60" w:rsidP="00FC28EA">
            <w:pPr>
              <w:jc w:val="center"/>
            </w:pPr>
            <w:r>
              <w:rPr>
                <w:b/>
              </w:rPr>
              <w:t>Số lượng</w:t>
            </w:r>
          </w:p>
        </w:tc>
        <w:tc>
          <w:tcPr>
            <w:tcW w:w="1391" w:type="dxa"/>
            <w:shd w:val="clear" w:color="auto" w:fill="EAEAEA"/>
            <w:tcMar>
              <w:top w:w="80" w:type="dxa"/>
              <w:left w:w="80" w:type="dxa"/>
              <w:bottom w:w="80" w:type="dxa"/>
              <w:right w:w="80" w:type="dxa"/>
            </w:tcMar>
          </w:tcPr>
          <w:p w14:paraId="6519E6C0" w14:textId="77777777" w:rsidR="00764A60" w:rsidRDefault="00764A60" w:rsidP="00FC28EA">
            <w:pPr>
              <w:jc w:val="center"/>
            </w:pPr>
            <w:r>
              <w:rPr>
                <w:b/>
              </w:rPr>
              <w:t>Đơn giá (VNĐ)</w:t>
            </w:r>
          </w:p>
        </w:tc>
        <w:tc>
          <w:tcPr>
            <w:tcW w:w="1701" w:type="dxa"/>
            <w:shd w:val="clear" w:color="auto" w:fill="EAEAEA"/>
            <w:tcMar>
              <w:top w:w="80" w:type="dxa"/>
              <w:left w:w="80" w:type="dxa"/>
              <w:bottom w:w="80" w:type="dxa"/>
              <w:right w:w="80" w:type="dxa"/>
            </w:tcMar>
          </w:tcPr>
          <w:p w14:paraId="2DB64498" w14:textId="77777777" w:rsidR="00764A60" w:rsidRDefault="00764A60" w:rsidP="00FC28EA">
            <w:pPr>
              <w:jc w:val="center"/>
            </w:pPr>
            <w:r>
              <w:rPr>
                <w:b/>
              </w:rPr>
              <w:t>Thành tiền (VNĐ)</w:t>
            </w:r>
          </w:p>
        </w:tc>
      </w:tr>
      <w:tr w:rsidR="00764A60" w14:paraId="39DDB844" w14:textId="77777777" w:rsidTr="00764A60">
        <w:trPr>
          <w:cantSplit/>
          <w:jc w:val="center"/>
        </w:trPr>
        <w:tc>
          <w:tcPr>
            <w:tcW w:w="714" w:type="dxa"/>
            <w:tcMar>
              <w:top w:w="80" w:type="dxa"/>
              <w:left w:w="80" w:type="dxa"/>
              <w:bottom w:w="80" w:type="dxa"/>
              <w:right w:w="80" w:type="dxa"/>
            </w:tcMar>
            <w:vAlign w:val="center"/>
          </w:tcPr>
          <w:p w14:paraId="6EA0CFDD" w14:textId="77777777" w:rsidR="00764A60" w:rsidRDefault="00764A60" w:rsidP="00FC28EA">
            <w:pPr>
              <w:spacing w:before="40" w:after="40"/>
              <w:jc w:val="center"/>
            </w:pPr>
            <w:r>
              <w:t>1</w:t>
            </w:r>
          </w:p>
        </w:tc>
        <w:tc>
          <w:tcPr>
            <w:tcW w:w="1417" w:type="dxa"/>
            <w:tcMar>
              <w:top w:w="80" w:type="dxa"/>
              <w:left w:w="80" w:type="dxa"/>
              <w:bottom w:w="80" w:type="dxa"/>
              <w:right w:w="80" w:type="dxa"/>
            </w:tcMar>
            <w:vAlign w:val="center"/>
          </w:tcPr>
          <w:p w14:paraId="2A5345CD" w14:textId="77777777" w:rsidR="00764A60" w:rsidRDefault="00764A60" w:rsidP="00FC28EA">
            <w:pPr>
              <w:spacing w:before="40" w:after="40"/>
              <w:jc w:val="center"/>
            </w:pPr>
            <w:r>
              <w:t>LAP-DELL-VOS</w:t>
            </w:r>
          </w:p>
        </w:tc>
        <w:tc>
          <w:tcPr>
            <w:tcW w:w="2381" w:type="dxa"/>
            <w:tcMar>
              <w:top w:w="80" w:type="dxa"/>
              <w:left w:w="80" w:type="dxa"/>
              <w:bottom w:w="80" w:type="dxa"/>
              <w:right w:w="80" w:type="dxa"/>
            </w:tcMar>
            <w:vAlign w:val="center"/>
          </w:tcPr>
          <w:p w14:paraId="57A98E55" w14:textId="77777777" w:rsidR="00764A60" w:rsidRDefault="00764A60" w:rsidP="00FC28EA">
            <w:pPr>
              <w:spacing w:before="40" w:after="40"/>
            </w:pPr>
            <w:r>
              <w:t>Laptop Dell Vostro</w:t>
            </w:r>
          </w:p>
        </w:tc>
        <w:tc>
          <w:tcPr>
            <w:tcW w:w="875" w:type="dxa"/>
            <w:tcMar>
              <w:top w:w="80" w:type="dxa"/>
              <w:left w:w="80" w:type="dxa"/>
              <w:bottom w:w="80" w:type="dxa"/>
              <w:right w:w="80" w:type="dxa"/>
            </w:tcMar>
            <w:vAlign w:val="center"/>
          </w:tcPr>
          <w:p w14:paraId="1EC629F3" w14:textId="77777777" w:rsidR="00764A60" w:rsidRDefault="00764A60" w:rsidP="00FC28EA">
            <w:pPr>
              <w:spacing w:before="40" w:after="40"/>
              <w:jc w:val="center"/>
            </w:pPr>
            <w:r>
              <w:t>Chiếc</w:t>
            </w:r>
          </w:p>
        </w:tc>
        <w:tc>
          <w:tcPr>
            <w:tcW w:w="851" w:type="dxa"/>
            <w:tcMar>
              <w:top w:w="80" w:type="dxa"/>
              <w:left w:w="80" w:type="dxa"/>
              <w:bottom w:w="80" w:type="dxa"/>
              <w:right w:w="80" w:type="dxa"/>
            </w:tcMar>
            <w:vAlign w:val="center"/>
          </w:tcPr>
          <w:p w14:paraId="3344054D" w14:textId="77777777" w:rsidR="00764A60" w:rsidRDefault="00764A60" w:rsidP="00FC28EA">
            <w:pPr>
              <w:spacing w:before="40" w:after="40"/>
              <w:jc w:val="center"/>
            </w:pPr>
            <w:r>
              <w:t>15</w:t>
            </w:r>
          </w:p>
        </w:tc>
        <w:tc>
          <w:tcPr>
            <w:tcW w:w="1391" w:type="dxa"/>
            <w:tcMar>
              <w:top w:w="80" w:type="dxa"/>
              <w:left w:w="80" w:type="dxa"/>
              <w:bottom w:w="80" w:type="dxa"/>
              <w:right w:w="80" w:type="dxa"/>
            </w:tcMar>
            <w:vAlign w:val="center"/>
          </w:tcPr>
          <w:p w14:paraId="538C3363" w14:textId="77777777" w:rsidR="00764A60" w:rsidRDefault="00764A60" w:rsidP="00FC28EA">
            <w:pPr>
              <w:spacing w:before="40" w:after="40"/>
              <w:jc w:val="right"/>
            </w:pPr>
            <w:r>
              <w:t>16.500.000</w:t>
            </w:r>
          </w:p>
        </w:tc>
        <w:tc>
          <w:tcPr>
            <w:tcW w:w="1701" w:type="dxa"/>
            <w:tcMar>
              <w:top w:w="80" w:type="dxa"/>
              <w:left w:w="80" w:type="dxa"/>
              <w:bottom w:w="80" w:type="dxa"/>
              <w:right w:w="80" w:type="dxa"/>
            </w:tcMar>
            <w:vAlign w:val="center"/>
          </w:tcPr>
          <w:p w14:paraId="449C43B1" w14:textId="77777777" w:rsidR="00764A60" w:rsidRDefault="00764A60" w:rsidP="00FC28EA">
            <w:pPr>
              <w:spacing w:before="40" w:after="40"/>
              <w:jc w:val="right"/>
            </w:pPr>
            <w:r>
              <w:t>247.500.000</w:t>
            </w:r>
          </w:p>
        </w:tc>
      </w:tr>
      <w:tr w:rsidR="00764A60" w14:paraId="1867C579" w14:textId="77777777" w:rsidTr="00764A60">
        <w:trPr>
          <w:cantSplit/>
          <w:jc w:val="center"/>
        </w:trPr>
        <w:tc>
          <w:tcPr>
            <w:tcW w:w="714" w:type="dxa"/>
            <w:tcMar>
              <w:top w:w="80" w:type="dxa"/>
              <w:left w:w="80" w:type="dxa"/>
              <w:bottom w:w="80" w:type="dxa"/>
              <w:right w:w="80" w:type="dxa"/>
            </w:tcMar>
            <w:vAlign w:val="center"/>
          </w:tcPr>
          <w:p w14:paraId="09F2CFD0" w14:textId="77777777" w:rsidR="00764A60" w:rsidRDefault="00764A60" w:rsidP="00FC28EA">
            <w:pPr>
              <w:spacing w:before="40" w:after="40"/>
              <w:jc w:val="center"/>
            </w:pPr>
            <w:r>
              <w:t>2</w:t>
            </w:r>
          </w:p>
        </w:tc>
        <w:tc>
          <w:tcPr>
            <w:tcW w:w="1417" w:type="dxa"/>
            <w:tcMar>
              <w:top w:w="80" w:type="dxa"/>
              <w:left w:w="80" w:type="dxa"/>
              <w:bottom w:w="80" w:type="dxa"/>
              <w:right w:w="80" w:type="dxa"/>
            </w:tcMar>
            <w:vAlign w:val="center"/>
          </w:tcPr>
          <w:p w14:paraId="431B2080" w14:textId="77777777" w:rsidR="00764A60" w:rsidRDefault="00764A60" w:rsidP="00FC28EA">
            <w:pPr>
              <w:spacing w:before="40" w:after="40"/>
              <w:jc w:val="center"/>
            </w:pPr>
            <w:r>
              <w:t>PRI-CAN-2900</w:t>
            </w:r>
          </w:p>
        </w:tc>
        <w:tc>
          <w:tcPr>
            <w:tcW w:w="2381" w:type="dxa"/>
            <w:tcMar>
              <w:top w:w="80" w:type="dxa"/>
              <w:left w:w="80" w:type="dxa"/>
              <w:bottom w:w="80" w:type="dxa"/>
              <w:right w:w="80" w:type="dxa"/>
            </w:tcMar>
            <w:vAlign w:val="center"/>
          </w:tcPr>
          <w:p w14:paraId="02BAA259" w14:textId="77777777" w:rsidR="00764A60" w:rsidRDefault="00764A60" w:rsidP="00FC28EA">
            <w:pPr>
              <w:spacing w:before="40" w:after="40"/>
            </w:pPr>
            <w:r>
              <w:t>Máy in Canon LBP 2900</w:t>
            </w:r>
          </w:p>
        </w:tc>
        <w:tc>
          <w:tcPr>
            <w:tcW w:w="875" w:type="dxa"/>
            <w:tcMar>
              <w:top w:w="80" w:type="dxa"/>
              <w:left w:w="80" w:type="dxa"/>
              <w:bottom w:w="80" w:type="dxa"/>
              <w:right w:w="80" w:type="dxa"/>
            </w:tcMar>
            <w:vAlign w:val="center"/>
          </w:tcPr>
          <w:p w14:paraId="4CF2ED9F" w14:textId="77777777" w:rsidR="00764A60" w:rsidRDefault="00764A60" w:rsidP="00FC28EA">
            <w:pPr>
              <w:spacing w:before="40" w:after="40"/>
              <w:jc w:val="center"/>
            </w:pPr>
            <w:r>
              <w:t>Chiếc</w:t>
            </w:r>
          </w:p>
        </w:tc>
        <w:tc>
          <w:tcPr>
            <w:tcW w:w="851" w:type="dxa"/>
            <w:tcMar>
              <w:top w:w="80" w:type="dxa"/>
              <w:left w:w="80" w:type="dxa"/>
              <w:bottom w:w="80" w:type="dxa"/>
              <w:right w:w="80" w:type="dxa"/>
            </w:tcMar>
            <w:vAlign w:val="center"/>
          </w:tcPr>
          <w:p w14:paraId="1E92DCEF" w14:textId="77777777" w:rsidR="00764A60" w:rsidRDefault="00764A60" w:rsidP="00FC28EA">
            <w:pPr>
              <w:spacing w:before="40" w:after="40"/>
              <w:jc w:val="center"/>
            </w:pPr>
            <w:r>
              <w:t>8</w:t>
            </w:r>
          </w:p>
        </w:tc>
        <w:tc>
          <w:tcPr>
            <w:tcW w:w="1391" w:type="dxa"/>
            <w:tcMar>
              <w:top w:w="80" w:type="dxa"/>
              <w:left w:w="80" w:type="dxa"/>
              <w:bottom w:w="80" w:type="dxa"/>
              <w:right w:w="80" w:type="dxa"/>
            </w:tcMar>
            <w:vAlign w:val="center"/>
          </w:tcPr>
          <w:p w14:paraId="03328416" w14:textId="77777777" w:rsidR="00764A60" w:rsidRDefault="00764A60" w:rsidP="00FC28EA">
            <w:pPr>
              <w:spacing w:before="40" w:after="40"/>
              <w:jc w:val="right"/>
            </w:pPr>
            <w:r>
              <w:t>3.800.000</w:t>
            </w:r>
          </w:p>
        </w:tc>
        <w:tc>
          <w:tcPr>
            <w:tcW w:w="1701" w:type="dxa"/>
            <w:tcMar>
              <w:top w:w="80" w:type="dxa"/>
              <w:left w:w="80" w:type="dxa"/>
              <w:bottom w:w="80" w:type="dxa"/>
              <w:right w:w="80" w:type="dxa"/>
            </w:tcMar>
            <w:vAlign w:val="center"/>
          </w:tcPr>
          <w:p w14:paraId="4401E981" w14:textId="77777777" w:rsidR="00764A60" w:rsidRDefault="00764A60" w:rsidP="00FC28EA">
            <w:pPr>
              <w:spacing w:before="40" w:after="40"/>
              <w:jc w:val="right"/>
            </w:pPr>
            <w:r>
              <w:t>30.400.000</w:t>
            </w:r>
          </w:p>
        </w:tc>
      </w:tr>
      <w:tr w:rsidR="00764A60" w14:paraId="36649A6F" w14:textId="77777777" w:rsidTr="00764A60">
        <w:trPr>
          <w:cantSplit/>
          <w:jc w:val="center"/>
        </w:trPr>
        <w:tc>
          <w:tcPr>
            <w:tcW w:w="714" w:type="dxa"/>
            <w:tcMar>
              <w:top w:w="80" w:type="dxa"/>
              <w:left w:w="80" w:type="dxa"/>
              <w:bottom w:w="80" w:type="dxa"/>
              <w:right w:w="80" w:type="dxa"/>
            </w:tcMar>
            <w:vAlign w:val="center"/>
          </w:tcPr>
          <w:p w14:paraId="600F61A3" w14:textId="77777777" w:rsidR="00764A60" w:rsidRDefault="00764A60" w:rsidP="00FC28EA">
            <w:pPr>
              <w:spacing w:before="40" w:after="40"/>
              <w:jc w:val="center"/>
            </w:pPr>
            <w:r>
              <w:t>3</w:t>
            </w:r>
          </w:p>
        </w:tc>
        <w:tc>
          <w:tcPr>
            <w:tcW w:w="1417" w:type="dxa"/>
            <w:tcMar>
              <w:top w:w="80" w:type="dxa"/>
              <w:left w:w="80" w:type="dxa"/>
              <w:bottom w:w="80" w:type="dxa"/>
              <w:right w:w="80" w:type="dxa"/>
            </w:tcMar>
            <w:vAlign w:val="center"/>
          </w:tcPr>
          <w:p w14:paraId="49218A46" w14:textId="77777777" w:rsidR="00764A60" w:rsidRDefault="00764A60" w:rsidP="00FC28EA">
            <w:pPr>
              <w:spacing w:before="40" w:after="40"/>
              <w:jc w:val="center"/>
            </w:pPr>
            <w:r>
              <w:t>SCA-EPS-001</w:t>
            </w:r>
          </w:p>
        </w:tc>
        <w:tc>
          <w:tcPr>
            <w:tcW w:w="2381" w:type="dxa"/>
            <w:tcMar>
              <w:top w:w="80" w:type="dxa"/>
              <w:left w:w="80" w:type="dxa"/>
              <w:bottom w:w="80" w:type="dxa"/>
              <w:right w:w="80" w:type="dxa"/>
            </w:tcMar>
            <w:vAlign w:val="center"/>
          </w:tcPr>
          <w:p w14:paraId="26C27407" w14:textId="77777777" w:rsidR="00764A60" w:rsidRDefault="00764A60" w:rsidP="00FC28EA">
            <w:pPr>
              <w:spacing w:before="40" w:after="40"/>
            </w:pPr>
            <w:r>
              <w:t>Máy quét Epson</w:t>
            </w:r>
          </w:p>
        </w:tc>
        <w:tc>
          <w:tcPr>
            <w:tcW w:w="875" w:type="dxa"/>
            <w:tcMar>
              <w:top w:w="80" w:type="dxa"/>
              <w:left w:w="80" w:type="dxa"/>
              <w:bottom w:w="80" w:type="dxa"/>
              <w:right w:w="80" w:type="dxa"/>
            </w:tcMar>
            <w:vAlign w:val="center"/>
          </w:tcPr>
          <w:p w14:paraId="0CE9E6CB" w14:textId="77777777" w:rsidR="00764A60" w:rsidRDefault="00764A60" w:rsidP="00FC28EA">
            <w:pPr>
              <w:spacing w:before="40" w:after="40"/>
              <w:jc w:val="center"/>
            </w:pPr>
            <w:r>
              <w:t>Chiếc</w:t>
            </w:r>
          </w:p>
        </w:tc>
        <w:tc>
          <w:tcPr>
            <w:tcW w:w="851" w:type="dxa"/>
            <w:tcMar>
              <w:top w:w="80" w:type="dxa"/>
              <w:left w:w="80" w:type="dxa"/>
              <w:bottom w:w="80" w:type="dxa"/>
              <w:right w:w="80" w:type="dxa"/>
            </w:tcMar>
            <w:vAlign w:val="center"/>
          </w:tcPr>
          <w:p w14:paraId="0447C0B5" w14:textId="77777777" w:rsidR="00764A60" w:rsidRDefault="00764A60" w:rsidP="00FC28EA">
            <w:pPr>
              <w:spacing w:before="40" w:after="40"/>
              <w:jc w:val="center"/>
            </w:pPr>
            <w:r>
              <w:t>5</w:t>
            </w:r>
          </w:p>
        </w:tc>
        <w:tc>
          <w:tcPr>
            <w:tcW w:w="1391" w:type="dxa"/>
            <w:tcMar>
              <w:top w:w="80" w:type="dxa"/>
              <w:left w:w="80" w:type="dxa"/>
              <w:bottom w:w="80" w:type="dxa"/>
              <w:right w:w="80" w:type="dxa"/>
            </w:tcMar>
            <w:vAlign w:val="center"/>
          </w:tcPr>
          <w:p w14:paraId="4FB893C1" w14:textId="77777777" w:rsidR="00764A60" w:rsidRDefault="00764A60" w:rsidP="00FC28EA">
            <w:pPr>
              <w:spacing w:before="40" w:after="40"/>
              <w:jc w:val="right"/>
            </w:pPr>
            <w:r>
              <w:t>5.200.000</w:t>
            </w:r>
          </w:p>
        </w:tc>
        <w:tc>
          <w:tcPr>
            <w:tcW w:w="1701" w:type="dxa"/>
            <w:tcMar>
              <w:top w:w="80" w:type="dxa"/>
              <w:left w:w="80" w:type="dxa"/>
              <w:bottom w:w="80" w:type="dxa"/>
              <w:right w:w="80" w:type="dxa"/>
            </w:tcMar>
            <w:vAlign w:val="center"/>
          </w:tcPr>
          <w:p w14:paraId="77092F32" w14:textId="77777777" w:rsidR="00764A60" w:rsidRDefault="00764A60" w:rsidP="00FC28EA">
            <w:pPr>
              <w:spacing w:before="40" w:after="40"/>
              <w:jc w:val="right"/>
            </w:pPr>
            <w:r>
              <w:t>26.000.000</w:t>
            </w:r>
          </w:p>
        </w:tc>
      </w:tr>
      <w:tr w:rsidR="00764A60" w14:paraId="6D8DDDD1" w14:textId="77777777" w:rsidTr="00764A60">
        <w:trPr>
          <w:cantSplit/>
          <w:jc w:val="center"/>
        </w:trPr>
        <w:tc>
          <w:tcPr>
            <w:tcW w:w="714" w:type="dxa"/>
            <w:tcMar>
              <w:top w:w="80" w:type="dxa"/>
              <w:left w:w="80" w:type="dxa"/>
              <w:bottom w:w="80" w:type="dxa"/>
              <w:right w:w="80" w:type="dxa"/>
            </w:tcMar>
            <w:vAlign w:val="center"/>
          </w:tcPr>
          <w:p w14:paraId="4C85652C" w14:textId="77777777" w:rsidR="00764A60" w:rsidRDefault="00764A60" w:rsidP="00FC28EA">
            <w:pPr>
              <w:spacing w:before="40" w:after="40"/>
              <w:jc w:val="center"/>
            </w:pPr>
            <w:r>
              <w:t>4</w:t>
            </w:r>
          </w:p>
        </w:tc>
        <w:tc>
          <w:tcPr>
            <w:tcW w:w="1417" w:type="dxa"/>
            <w:tcMar>
              <w:top w:w="80" w:type="dxa"/>
              <w:left w:w="80" w:type="dxa"/>
              <w:bottom w:w="80" w:type="dxa"/>
              <w:right w:w="80" w:type="dxa"/>
            </w:tcMar>
            <w:vAlign w:val="center"/>
          </w:tcPr>
          <w:p w14:paraId="34872273" w14:textId="77777777" w:rsidR="00764A60" w:rsidRDefault="00764A60" w:rsidP="00FC28EA">
            <w:pPr>
              <w:spacing w:before="40" w:after="40"/>
              <w:jc w:val="center"/>
            </w:pPr>
            <w:r>
              <w:t>WIFI-TPL-012</w:t>
            </w:r>
          </w:p>
        </w:tc>
        <w:tc>
          <w:tcPr>
            <w:tcW w:w="2381" w:type="dxa"/>
            <w:tcMar>
              <w:top w:w="80" w:type="dxa"/>
              <w:left w:w="80" w:type="dxa"/>
              <w:bottom w:w="80" w:type="dxa"/>
              <w:right w:w="80" w:type="dxa"/>
            </w:tcMar>
            <w:vAlign w:val="center"/>
          </w:tcPr>
          <w:p w14:paraId="3F416AF9" w14:textId="77777777" w:rsidR="00764A60" w:rsidRDefault="00764A60" w:rsidP="00FC28EA">
            <w:pPr>
              <w:spacing w:before="40" w:after="40"/>
            </w:pPr>
            <w:r>
              <w:t>Bộ phát WiFi TP-Link</w:t>
            </w:r>
          </w:p>
        </w:tc>
        <w:tc>
          <w:tcPr>
            <w:tcW w:w="875" w:type="dxa"/>
            <w:tcMar>
              <w:top w:w="80" w:type="dxa"/>
              <w:left w:w="80" w:type="dxa"/>
              <w:bottom w:w="80" w:type="dxa"/>
              <w:right w:w="80" w:type="dxa"/>
            </w:tcMar>
            <w:vAlign w:val="center"/>
          </w:tcPr>
          <w:p w14:paraId="4BB19A17" w14:textId="77777777" w:rsidR="00764A60" w:rsidRDefault="00764A60" w:rsidP="00FC28EA">
            <w:pPr>
              <w:spacing w:before="40" w:after="40"/>
              <w:jc w:val="center"/>
            </w:pPr>
            <w:r>
              <w:t>Chiếc</w:t>
            </w:r>
          </w:p>
        </w:tc>
        <w:tc>
          <w:tcPr>
            <w:tcW w:w="851" w:type="dxa"/>
            <w:tcMar>
              <w:top w:w="80" w:type="dxa"/>
              <w:left w:w="80" w:type="dxa"/>
              <w:bottom w:w="80" w:type="dxa"/>
              <w:right w:w="80" w:type="dxa"/>
            </w:tcMar>
            <w:vAlign w:val="center"/>
          </w:tcPr>
          <w:p w14:paraId="777130B4" w14:textId="77777777" w:rsidR="00764A60" w:rsidRDefault="00764A60" w:rsidP="00FC28EA">
            <w:pPr>
              <w:spacing w:before="40" w:after="40"/>
              <w:jc w:val="center"/>
            </w:pPr>
            <w:r>
              <w:t>12</w:t>
            </w:r>
          </w:p>
        </w:tc>
        <w:tc>
          <w:tcPr>
            <w:tcW w:w="1391" w:type="dxa"/>
            <w:tcMar>
              <w:top w:w="80" w:type="dxa"/>
              <w:left w:w="80" w:type="dxa"/>
              <w:bottom w:w="80" w:type="dxa"/>
              <w:right w:w="80" w:type="dxa"/>
            </w:tcMar>
            <w:vAlign w:val="center"/>
          </w:tcPr>
          <w:p w14:paraId="4C666D1D" w14:textId="77777777" w:rsidR="00764A60" w:rsidRDefault="00764A60" w:rsidP="00FC28EA">
            <w:pPr>
              <w:spacing w:before="40" w:after="40"/>
              <w:jc w:val="right"/>
            </w:pPr>
            <w:r>
              <w:t>1.250.000</w:t>
            </w:r>
          </w:p>
        </w:tc>
        <w:tc>
          <w:tcPr>
            <w:tcW w:w="1701" w:type="dxa"/>
            <w:tcMar>
              <w:top w:w="80" w:type="dxa"/>
              <w:left w:w="80" w:type="dxa"/>
              <w:bottom w:w="80" w:type="dxa"/>
              <w:right w:w="80" w:type="dxa"/>
            </w:tcMar>
            <w:vAlign w:val="center"/>
          </w:tcPr>
          <w:p w14:paraId="1074D7F7" w14:textId="77777777" w:rsidR="00764A60" w:rsidRDefault="00764A60" w:rsidP="00FC28EA">
            <w:pPr>
              <w:spacing w:before="40" w:after="40"/>
              <w:jc w:val="right"/>
            </w:pPr>
            <w:r>
              <w:t>15.000.000</w:t>
            </w:r>
          </w:p>
        </w:tc>
      </w:tr>
    </w:tbl>
    <w:p w14:paraId="768398E1" w14:textId="77777777" w:rsidR="00764A60" w:rsidRDefault="00764A60" w:rsidP="00764A60">
      <w:pPr>
        <w:spacing w:before="160" w:after="120" w:line="300" w:lineRule="auto"/>
      </w:pPr>
      <w:r>
        <w:t>1. Tổng tiền hàng (chưa chiết khấu): 318.900.000 VNĐ</w:t>
      </w:r>
      <w:r>
        <w:br/>
        <w:t>2. Chiết khấu thương mại (7%): 22.323.000 VNĐ</w:t>
      </w:r>
      <w:r>
        <w:br/>
        <w:t>3. Giá trị sau chiết khấu: 296.577.000 VNĐ</w:t>
      </w:r>
      <w:r>
        <w:br/>
        <w:t>4. Thuế GTGT (10% tính trên giá trị sau chiết khấu): 29.657.700 VNĐ</w:t>
      </w:r>
      <w:r>
        <w:br/>
      </w:r>
      <w:r>
        <w:lastRenderedPageBreak/>
        <w:t>5. TỔNG CỘNG THANH TOÁN (đã bao gồm thuế GTGT): 326.234.700 VNĐ</w:t>
      </w:r>
      <w:r>
        <w:br/>
        <w:t xml:space="preserve">   (Bằng chữ: Ba trăm hai mươi sáu triệu hai trăm ba mươi tư nghìn bảy trăm đồng).</w:t>
      </w:r>
      <w:r>
        <w:br/>
      </w:r>
      <w:r>
        <w:br/>
        <w:t>* Kế hoạch thanh toán làm 02 đợt:</w:t>
      </w:r>
      <w:r>
        <w:br/>
        <w:t xml:space="preserve">   - Đợt 1 (Tạm ứng 40% ngay sau khi ký/xác nhận Đơn đặt hàng): 130.493.880 VNĐ</w:t>
      </w:r>
      <w:r>
        <w:br/>
        <w:t xml:space="preserve">   - Đợt 2 (Thanh toán 60% còn lại trong vòng 07 ngày sau khi nghiệm thu): 195.740.820 VNĐ</w:t>
      </w:r>
    </w:p>
    <w:p w14:paraId="318CD69E" w14:textId="77777777" w:rsidR="00764A60" w:rsidRDefault="00764A60" w:rsidP="00764A60">
      <w:pPr>
        <w:spacing w:before="200" w:after="80"/>
      </w:pPr>
      <w:r>
        <w:rPr>
          <w:b/>
        </w:rPr>
        <w:t>II. Điều kiện giao nhận, nghiệm thu, thanh toán, đổi trả và xử lý vi phạm:</w:t>
      </w:r>
    </w:p>
    <w:p w14:paraId="03122E04" w14:textId="77777777" w:rsidR="00764A60" w:rsidRDefault="00764A60" w:rsidP="00764A60">
      <w:pPr>
        <w:spacing w:after="80" w:line="288" w:lineRule="auto"/>
        <w:ind w:left="170"/>
      </w:pPr>
      <w:r>
        <w:rPr>
          <w:b/>
        </w:rPr>
        <w:t xml:space="preserve">1. Thời gian và địa điểm giao hàng: </w:t>
      </w:r>
      <w:r>
        <w:t>Hàng hóa được giao tối đa trong vòng 12 ngày kể từ ngày Đơn đặt hàng được xác nhận (chậm nhất ngày 27/10/2026). Địa điểm giao hàng: Kho Công ty TNHH Thương mại Minh Phát, Số 45 Lạng Hạ, Đống Đa, Hà Nội.</w:t>
      </w:r>
    </w:p>
    <w:p w14:paraId="6B7BEEEC" w14:textId="77777777" w:rsidR="00764A60" w:rsidRDefault="00764A60" w:rsidP="00764A60">
      <w:pPr>
        <w:spacing w:after="80" w:line="288" w:lineRule="auto"/>
        <w:ind w:left="170"/>
      </w:pPr>
      <w:r>
        <w:rPr>
          <w:b/>
        </w:rPr>
        <w:t xml:space="preserve">2. Quy trình nghiệm thu: </w:t>
      </w:r>
      <w:r>
        <w:t>Hai bên tiến hành kiểm kê số lượng, tình trạng niêm phong và vận hành chạy thử thiết bị ngay khi giao hàng. Biên bản nghiệm thu được lập thành 02 bản có chữ ký xác nhận của đại diện hai bên.</w:t>
      </w:r>
    </w:p>
    <w:p w14:paraId="0C89B8AB" w14:textId="77777777" w:rsidR="00764A60" w:rsidRDefault="00764A60" w:rsidP="00764A60">
      <w:pPr>
        <w:spacing w:after="80" w:line="288" w:lineRule="auto"/>
        <w:ind w:left="170"/>
      </w:pPr>
      <w:r>
        <w:rPr>
          <w:b/>
        </w:rPr>
        <w:t xml:space="preserve">3. Phương thức thanh toán: </w:t>
      </w:r>
      <w:r>
        <w:t>Chuyển khoản vào tài khoản ngân hàng của Công ty Cổ phần Công nghệ Hoàng Gia theo 02 đợt nêu trên.</w:t>
      </w:r>
    </w:p>
    <w:p w14:paraId="1A7E35F1" w14:textId="77777777" w:rsidR="00764A60" w:rsidRDefault="00764A60" w:rsidP="00764A60">
      <w:pPr>
        <w:spacing w:after="80" w:line="288" w:lineRule="auto"/>
        <w:ind w:left="170"/>
      </w:pPr>
      <w:r>
        <w:rPr>
          <w:b/>
        </w:rPr>
        <w:t xml:space="preserve">4. Điều kiện đổi trả hàng hóa (Đề xuất mới từ Bên mua): </w:t>
      </w:r>
      <w:r>
        <w:t>Bên mua có quyền yêu cầu đổi mới 100% đối với sản phẩm bị lỗi kỹ thuật hoặc không đúng chủng loại/thông số trong vòng 15 ngày kể từ ngày nhận hàng.</w:t>
      </w:r>
    </w:p>
    <w:p w14:paraId="76E80C67" w14:textId="77777777" w:rsidR="00764A60" w:rsidRDefault="00764A60" w:rsidP="00764A60">
      <w:pPr>
        <w:spacing w:after="80" w:line="288" w:lineRule="auto"/>
        <w:ind w:left="170"/>
      </w:pPr>
      <w:r>
        <w:rPr>
          <w:b/>
        </w:rPr>
        <w:t xml:space="preserve">5. Xử lý chậm giao hàng (Đề xuất mới từ Bên mua): </w:t>
      </w:r>
      <w:r>
        <w:t>Nếu Bên bán chậm giao hàng quá thời hạn 12 ngày nêu trên, Bên bán chịu phạt 0,3% giá trị phần hàng giao chậm cho mỗi ngày chậm trễ, nhưng tổng mức phạt không vượt quá 8% giá trị phần hợp đồng bị vi phạm theo quy định của pháp luật.</w:t>
      </w:r>
    </w:p>
    <w:p w14:paraId="3F30D1EA" w14:textId="77777777" w:rsidR="00764A60" w:rsidRDefault="00764A60" w:rsidP="00764A60">
      <w:pPr>
        <w:spacing w:before="200" w:after="80"/>
      </w:pPr>
      <w:r>
        <w:rPr>
          <w:b/>
        </w:rPr>
        <w:t>III. Phân loại tình trạng các điều kiện trong đơn hàng:</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819"/>
        <w:gridCol w:w="3685"/>
      </w:tblGrid>
      <w:tr w:rsidR="00764A60" w14:paraId="348A7FB5" w14:textId="77777777" w:rsidTr="00FC28EA">
        <w:trPr>
          <w:cantSplit/>
          <w:jc w:val="center"/>
        </w:trPr>
        <w:tc>
          <w:tcPr>
            <w:tcW w:w="567" w:type="dxa"/>
            <w:shd w:val="clear" w:color="auto" w:fill="EAEAEA"/>
            <w:tcMar>
              <w:top w:w="80" w:type="dxa"/>
              <w:left w:w="100" w:type="dxa"/>
              <w:bottom w:w="80" w:type="dxa"/>
              <w:right w:w="100" w:type="dxa"/>
            </w:tcMar>
            <w:vAlign w:val="center"/>
          </w:tcPr>
          <w:p w14:paraId="4EF1D9A5" w14:textId="77777777" w:rsidR="00764A60" w:rsidRDefault="00764A60" w:rsidP="00FC28EA">
            <w:pPr>
              <w:spacing w:before="40" w:after="40"/>
              <w:jc w:val="center"/>
            </w:pPr>
            <w:r>
              <w:rPr>
                <w:b/>
              </w:rPr>
              <w:t>STT</w:t>
            </w:r>
          </w:p>
        </w:tc>
        <w:tc>
          <w:tcPr>
            <w:tcW w:w="4819" w:type="dxa"/>
            <w:shd w:val="clear" w:color="auto" w:fill="EAEAEA"/>
            <w:tcMar>
              <w:top w:w="80" w:type="dxa"/>
              <w:left w:w="100" w:type="dxa"/>
              <w:bottom w:w="80" w:type="dxa"/>
              <w:right w:w="100" w:type="dxa"/>
            </w:tcMar>
            <w:vAlign w:val="center"/>
          </w:tcPr>
          <w:p w14:paraId="2F376E67" w14:textId="77777777" w:rsidR="00764A60" w:rsidRDefault="00764A60" w:rsidP="00FC28EA">
            <w:pPr>
              <w:spacing w:before="40" w:after="40"/>
              <w:jc w:val="center"/>
            </w:pPr>
            <w:r>
              <w:rPr>
                <w:b/>
              </w:rPr>
              <w:t>Nội dung điều kiện</w:t>
            </w:r>
          </w:p>
        </w:tc>
        <w:tc>
          <w:tcPr>
            <w:tcW w:w="3685" w:type="dxa"/>
            <w:shd w:val="clear" w:color="auto" w:fill="EAEAEA"/>
            <w:tcMar>
              <w:top w:w="80" w:type="dxa"/>
              <w:left w:w="100" w:type="dxa"/>
              <w:bottom w:w="80" w:type="dxa"/>
              <w:right w:w="100" w:type="dxa"/>
            </w:tcMar>
            <w:vAlign w:val="center"/>
          </w:tcPr>
          <w:p w14:paraId="7C9328A0" w14:textId="77777777" w:rsidR="00764A60" w:rsidRDefault="00764A60" w:rsidP="00FC28EA">
            <w:pPr>
              <w:spacing w:before="40" w:after="40"/>
              <w:jc w:val="center"/>
            </w:pPr>
            <w:r>
              <w:rPr>
                <w:b/>
              </w:rPr>
              <w:t>Phân loại tình trạng pháp lý</w:t>
            </w:r>
          </w:p>
        </w:tc>
      </w:tr>
      <w:tr w:rsidR="00764A60" w14:paraId="2C5B0F5D" w14:textId="77777777" w:rsidTr="00FC28EA">
        <w:trPr>
          <w:cantSplit/>
          <w:jc w:val="center"/>
        </w:trPr>
        <w:tc>
          <w:tcPr>
            <w:tcW w:w="567" w:type="dxa"/>
            <w:tcMar>
              <w:top w:w="80" w:type="dxa"/>
              <w:left w:w="100" w:type="dxa"/>
              <w:bottom w:w="80" w:type="dxa"/>
              <w:right w:w="100" w:type="dxa"/>
            </w:tcMar>
            <w:vAlign w:val="center"/>
          </w:tcPr>
          <w:p w14:paraId="405206B7" w14:textId="77777777" w:rsidR="00764A60" w:rsidRDefault="00764A60" w:rsidP="00FC28EA">
            <w:pPr>
              <w:spacing w:before="40" w:after="40"/>
              <w:jc w:val="center"/>
            </w:pPr>
            <w:r>
              <w:t>1</w:t>
            </w:r>
          </w:p>
        </w:tc>
        <w:tc>
          <w:tcPr>
            <w:tcW w:w="4819" w:type="dxa"/>
            <w:tcMar>
              <w:top w:w="80" w:type="dxa"/>
              <w:left w:w="100" w:type="dxa"/>
              <w:bottom w:w="80" w:type="dxa"/>
              <w:right w:w="100" w:type="dxa"/>
            </w:tcMar>
            <w:vAlign w:val="center"/>
          </w:tcPr>
          <w:p w14:paraId="25D86AA8" w14:textId="77777777" w:rsidR="00764A60" w:rsidRDefault="00764A60" w:rsidP="00FC28EA">
            <w:pPr>
              <w:spacing w:before="40" w:after="40"/>
            </w:pPr>
            <w:r>
              <w:t>Giảm giá chiết khấu 7% tổng tiền hàng</w:t>
            </w:r>
          </w:p>
        </w:tc>
        <w:tc>
          <w:tcPr>
            <w:tcW w:w="3685" w:type="dxa"/>
            <w:tcMar>
              <w:top w:w="80" w:type="dxa"/>
              <w:left w:w="100" w:type="dxa"/>
              <w:bottom w:w="80" w:type="dxa"/>
              <w:right w:w="100" w:type="dxa"/>
            </w:tcMar>
            <w:vAlign w:val="center"/>
          </w:tcPr>
          <w:p w14:paraId="7A807024" w14:textId="77777777" w:rsidR="00764A60" w:rsidRDefault="00764A60" w:rsidP="00FC28EA">
            <w:pPr>
              <w:spacing w:before="40" w:after="40"/>
            </w:pPr>
            <w:r>
              <w:t>Đã được hai bên thống nhất / chấp thuận trước</w:t>
            </w:r>
          </w:p>
        </w:tc>
      </w:tr>
      <w:tr w:rsidR="00764A60" w14:paraId="7D9E3053" w14:textId="77777777" w:rsidTr="00FC28EA">
        <w:trPr>
          <w:cantSplit/>
          <w:jc w:val="center"/>
        </w:trPr>
        <w:tc>
          <w:tcPr>
            <w:tcW w:w="567" w:type="dxa"/>
            <w:tcMar>
              <w:top w:w="80" w:type="dxa"/>
              <w:left w:w="100" w:type="dxa"/>
              <w:bottom w:w="80" w:type="dxa"/>
              <w:right w:w="100" w:type="dxa"/>
            </w:tcMar>
            <w:vAlign w:val="center"/>
          </w:tcPr>
          <w:p w14:paraId="3C69270C" w14:textId="77777777" w:rsidR="00764A60" w:rsidRDefault="00764A60" w:rsidP="00FC28EA">
            <w:pPr>
              <w:spacing w:before="40" w:after="40"/>
              <w:jc w:val="center"/>
            </w:pPr>
            <w:r>
              <w:t>2</w:t>
            </w:r>
          </w:p>
        </w:tc>
        <w:tc>
          <w:tcPr>
            <w:tcW w:w="4819" w:type="dxa"/>
            <w:tcMar>
              <w:top w:w="80" w:type="dxa"/>
              <w:left w:w="100" w:type="dxa"/>
              <w:bottom w:w="80" w:type="dxa"/>
              <w:right w:w="100" w:type="dxa"/>
            </w:tcMar>
            <w:vAlign w:val="center"/>
          </w:tcPr>
          <w:p w14:paraId="290BBD0B" w14:textId="77777777" w:rsidR="00764A60" w:rsidRDefault="00764A60" w:rsidP="00FC28EA">
            <w:pPr>
              <w:spacing w:before="40" w:after="40"/>
            </w:pPr>
            <w:r>
              <w:t>Thuế GTGT 10% tính trên giá sau chiết khấu</w:t>
            </w:r>
          </w:p>
        </w:tc>
        <w:tc>
          <w:tcPr>
            <w:tcW w:w="3685" w:type="dxa"/>
            <w:tcMar>
              <w:top w:w="80" w:type="dxa"/>
              <w:left w:w="100" w:type="dxa"/>
              <w:bottom w:w="80" w:type="dxa"/>
              <w:right w:w="100" w:type="dxa"/>
            </w:tcMar>
            <w:vAlign w:val="center"/>
          </w:tcPr>
          <w:p w14:paraId="426025FD" w14:textId="77777777" w:rsidR="00764A60" w:rsidRDefault="00764A60" w:rsidP="00FC28EA">
            <w:pPr>
              <w:spacing w:before="40" w:after="40"/>
            </w:pPr>
            <w:r>
              <w:t>Đã được hai bên thống nhất / chấp thuận trước</w:t>
            </w:r>
          </w:p>
        </w:tc>
      </w:tr>
      <w:tr w:rsidR="00764A60" w14:paraId="34EB66B8" w14:textId="77777777" w:rsidTr="00FC28EA">
        <w:trPr>
          <w:cantSplit/>
          <w:jc w:val="center"/>
        </w:trPr>
        <w:tc>
          <w:tcPr>
            <w:tcW w:w="567" w:type="dxa"/>
            <w:tcMar>
              <w:top w:w="80" w:type="dxa"/>
              <w:left w:w="100" w:type="dxa"/>
              <w:bottom w:w="80" w:type="dxa"/>
              <w:right w:w="100" w:type="dxa"/>
            </w:tcMar>
            <w:vAlign w:val="center"/>
          </w:tcPr>
          <w:p w14:paraId="38B0E30E" w14:textId="77777777" w:rsidR="00764A60" w:rsidRDefault="00764A60" w:rsidP="00FC28EA">
            <w:pPr>
              <w:spacing w:before="40" w:after="40"/>
              <w:jc w:val="center"/>
            </w:pPr>
            <w:r>
              <w:t>3</w:t>
            </w:r>
          </w:p>
        </w:tc>
        <w:tc>
          <w:tcPr>
            <w:tcW w:w="4819" w:type="dxa"/>
            <w:tcMar>
              <w:top w:w="80" w:type="dxa"/>
              <w:left w:w="100" w:type="dxa"/>
              <w:bottom w:w="80" w:type="dxa"/>
              <w:right w:w="100" w:type="dxa"/>
            </w:tcMar>
            <w:vAlign w:val="center"/>
          </w:tcPr>
          <w:p w14:paraId="75035026" w14:textId="77777777" w:rsidR="00764A60" w:rsidRDefault="00764A60" w:rsidP="00FC28EA">
            <w:pPr>
              <w:spacing w:before="40" w:after="40"/>
            </w:pPr>
            <w:r>
              <w:t>Thanh toán 2 đợt: Tạm ứng 40%, thanh toán 60% sau 7 ngày nghiệm thu</w:t>
            </w:r>
          </w:p>
        </w:tc>
        <w:tc>
          <w:tcPr>
            <w:tcW w:w="3685" w:type="dxa"/>
            <w:tcMar>
              <w:top w:w="80" w:type="dxa"/>
              <w:left w:w="100" w:type="dxa"/>
              <w:bottom w:w="80" w:type="dxa"/>
              <w:right w:w="100" w:type="dxa"/>
            </w:tcMar>
            <w:vAlign w:val="center"/>
          </w:tcPr>
          <w:p w14:paraId="1B26A743" w14:textId="77777777" w:rsidR="00764A60" w:rsidRDefault="00764A60" w:rsidP="00FC28EA">
            <w:pPr>
              <w:spacing w:before="40" w:after="40"/>
            </w:pPr>
            <w:r>
              <w:t>Đã được hai bên thống nhất / chấp thuận trước</w:t>
            </w:r>
          </w:p>
        </w:tc>
      </w:tr>
      <w:tr w:rsidR="00764A60" w14:paraId="6CB969FE" w14:textId="77777777" w:rsidTr="00FC28EA">
        <w:trPr>
          <w:cantSplit/>
          <w:jc w:val="center"/>
        </w:trPr>
        <w:tc>
          <w:tcPr>
            <w:tcW w:w="567" w:type="dxa"/>
            <w:tcMar>
              <w:top w:w="80" w:type="dxa"/>
              <w:left w:w="100" w:type="dxa"/>
              <w:bottom w:w="80" w:type="dxa"/>
              <w:right w:w="100" w:type="dxa"/>
            </w:tcMar>
            <w:vAlign w:val="center"/>
          </w:tcPr>
          <w:p w14:paraId="45D06F38" w14:textId="77777777" w:rsidR="00764A60" w:rsidRDefault="00764A60" w:rsidP="00FC28EA">
            <w:pPr>
              <w:spacing w:before="40" w:after="40"/>
              <w:jc w:val="center"/>
            </w:pPr>
            <w:r>
              <w:lastRenderedPageBreak/>
              <w:t>4</w:t>
            </w:r>
          </w:p>
        </w:tc>
        <w:tc>
          <w:tcPr>
            <w:tcW w:w="4819" w:type="dxa"/>
            <w:tcMar>
              <w:top w:w="80" w:type="dxa"/>
              <w:left w:w="100" w:type="dxa"/>
              <w:bottom w:w="80" w:type="dxa"/>
              <w:right w:w="100" w:type="dxa"/>
            </w:tcMar>
            <w:vAlign w:val="center"/>
          </w:tcPr>
          <w:p w14:paraId="68479108" w14:textId="77777777" w:rsidR="00764A60" w:rsidRDefault="00764A60" w:rsidP="00FC28EA">
            <w:pPr>
              <w:spacing w:before="40" w:after="40"/>
            </w:pPr>
            <w:r>
              <w:t>Thời hạn giao hàng tối đa 12 ngày</w:t>
            </w:r>
          </w:p>
        </w:tc>
        <w:tc>
          <w:tcPr>
            <w:tcW w:w="3685" w:type="dxa"/>
            <w:tcMar>
              <w:top w:w="80" w:type="dxa"/>
              <w:left w:w="100" w:type="dxa"/>
              <w:bottom w:w="80" w:type="dxa"/>
              <w:right w:w="100" w:type="dxa"/>
            </w:tcMar>
            <w:vAlign w:val="center"/>
          </w:tcPr>
          <w:p w14:paraId="1C93CA02" w14:textId="77777777" w:rsidR="00764A60" w:rsidRDefault="00764A60" w:rsidP="00FC28EA">
            <w:pPr>
              <w:spacing w:before="40" w:after="40"/>
            </w:pPr>
            <w:r>
              <w:t>Đã được hai bên thống nhất / chấp thuận trước</w:t>
            </w:r>
          </w:p>
        </w:tc>
      </w:tr>
      <w:tr w:rsidR="00764A60" w14:paraId="4894B94F" w14:textId="77777777" w:rsidTr="00FC28EA">
        <w:trPr>
          <w:cantSplit/>
          <w:jc w:val="center"/>
        </w:trPr>
        <w:tc>
          <w:tcPr>
            <w:tcW w:w="567" w:type="dxa"/>
            <w:tcMar>
              <w:top w:w="80" w:type="dxa"/>
              <w:left w:w="100" w:type="dxa"/>
              <w:bottom w:w="80" w:type="dxa"/>
              <w:right w:w="100" w:type="dxa"/>
            </w:tcMar>
            <w:vAlign w:val="center"/>
          </w:tcPr>
          <w:p w14:paraId="2024291D" w14:textId="77777777" w:rsidR="00764A60" w:rsidRDefault="00764A60" w:rsidP="00FC28EA">
            <w:pPr>
              <w:spacing w:before="40" w:after="40"/>
              <w:jc w:val="center"/>
            </w:pPr>
            <w:r>
              <w:t>5</w:t>
            </w:r>
          </w:p>
        </w:tc>
        <w:tc>
          <w:tcPr>
            <w:tcW w:w="4819" w:type="dxa"/>
            <w:tcMar>
              <w:top w:w="80" w:type="dxa"/>
              <w:left w:w="100" w:type="dxa"/>
              <w:bottom w:w="80" w:type="dxa"/>
              <w:right w:w="100" w:type="dxa"/>
            </w:tcMar>
            <w:vAlign w:val="center"/>
          </w:tcPr>
          <w:p w14:paraId="264A107C" w14:textId="77777777" w:rsidR="00764A60" w:rsidRDefault="00764A60" w:rsidP="00FC28EA">
            <w:pPr>
              <w:spacing w:before="40" w:after="40"/>
            </w:pPr>
            <w:r>
              <w:t>Phạt chậm giao 0,3%/ngày (tổng phạt không vượt giới hạn luật)</w:t>
            </w:r>
          </w:p>
        </w:tc>
        <w:tc>
          <w:tcPr>
            <w:tcW w:w="3685" w:type="dxa"/>
            <w:tcMar>
              <w:top w:w="80" w:type="dxa"/>
              <w:left w:w="100" w:type="dxa"/>
              <w:bottom w:w="80" w:type="dxa"/>
              <w:right w:w="100" w:type="dxa"/>
            </w:tcMar>
            <w:vAlign w:val="center"/>
          </w:tcPr>
          <w:p w14:paraId="02671B73" w14:textId="77777777" w:rsidR="00764A60" w:rsidRDefault="00764A60" w:rsidP="00FC28EA">
            <w:pPr>
              <w:spacing w:before="40" w:after="40"/>
            </w:pPr>
            <w:r>
              <w:t>Điều kiện mới do Bên mua đề xuất trong Đơn đặt hàng</w:t>
            </w:r>
          </w:p>
        </w:tc>
      </w:tr>
      <w:tr w:rsidR="00764A60" w14:paraId="43E93EEB" w14:textId="77777777" w:rsidTr="00FC28EA">
        <w:trPr>
          <w:cantSplit/>
          <w:jc w:val="center"/>
        </w:trPr>
        <w:tc>
          <w:tcPr>
            <w:tcW w:w="567" w:type="dxa"/>
            <w:tcMar>
              <w:top w:w="80" w:type="dxa"/>
              <w:left w:w="100" w:type="dxa"/>
              <w:bottom w:w="80" w:type="dxa"/>
              <w:right w:w="100" w:type="dxa"/>
            </w:tcMar>
            <w:vAlign w:val="center"/>
          </w:tcPr>
          <w:p w14:paraId="0C95DDD4" w14:textId="77777777" w:rsidR="00764A60" w:rsidRDefault="00764A60" w:rsidP="00FC28EA">
            <w:pPr>
              <w:spacing w:before="40" w:after="40"/>
              <w:jc w:val="center"/>
            </w:pPr>
            <w:r>
              <w:t>6</w:t>
            </w:r>
          </w:p>
        </w:tc>
        <w:tc>
          <w:tcPr>
            <w:tcW w:w="4819" w:type="dxa"/>
            <w:tcMar>
              <w:top w:w="80" w:type="dxa"/>
              <w:left w:w="100" w:type="dxa"/>
              <w:bottom w:w="80" w:type="dxa"/>
              <w:right w:w="100" w:type="dxa"/>
            </w:tcMar>
            <w:vAlign w:val="center"/>
          </w:tcPr>
          <w:p w14:paraId="6C6BB520" w14:textId="77777777" w:rsidR="00764A60" w:rsidRDefault="00764A60" w:rsidP="00FC28EA">
            <w:pPr>
              <w:spacing w:before="40" w:after="40"/>
            </w:pPr>
            <w:r>
              <w:t>Thời hạn đổi sản phẩm lỗi trong vòng 15 ngày từ khi nhận hàng</w:t>
            </w:r>
          </w:p>
        </w:tc>
        <w:tc>
          <w:tcPr>
            <w:tcW w:w="3685" w:type="dxa"/>
            <w:tcMar>
              <w:top w:w="80" w:type="dxa"/>
              <w:left w:w="100" w:type="dxa"/>
              <w:bottom w:w="80" w:type="dxa"/>
              <w:right w:w="100" w:type="dxa"/>
            </w:tcMar>
            <w:vAlign w:val="center"/>
          </w:tcPr>
          <w:p w14:paraId="7B1085C8" w14:textId="77777777" w:rsidR="00764A60" w:rsidRDefault="00764A60" w:rsidP="00FC28EA">
            <w:pPr>
              <w:spacing w:before="40" w:after="40"/>
            </w:pPr>
            <w:r>
              <w:t>Điều kiện mới do Bên mua đề xuất trong Đơn đặt hàng</w:t>
            </w:r>
          </w:p>
        </w:tc>
      </w:tr>
    </w:tbl>
    <w:p w14:paraId="661FA18C" w14:textId="77777777" w:rsidR="00764A60" w:rsidRDefault="00764A60" w:rsidP="00764A60">
      <w:pPr>
        <w:spacing w:before="240" w:after="120"/>
      </w:pPr>
      <w:r>
        <w:rPr>
          <w:i/>
        </w:rPr>
        <w:t>Đơn đặt hàng này được lập thành 02 bản có giá trị pháp lý như nhau. Quý Công ty vui lòng ký xác nhận và gửi lại 01 bản cho Bên đặt hàng.</w:t>
      </w:r>
    </w:p>
    <w:tbl>
      <w:tblPr>
        <w:tblW w:w="0" w:type="auto"/>
        <w:jc w:val="center"/>
        <w:tblLayout w:type="fixed"/>
        <w:tblLook w:val="04A0" w:firstRow="1" w:lastRow="0" w:firstColumn="1" w:lastColumn="0" w:noHBand="0" w:noVBand="1"/>
      </w:tblPr>
      <w:tblGrid>
        <w:gridCol w:w="4535"/>
        <w:gridCol w:w="4535"/>
      </w:tblGrid>
      <w:tr w:rsidR="00764A60" w14:paraId="73929BA2" w14:textId="77777777" w:rsidTr="00FC28EA">
        <w:trPr>
          <w:jc w:val="center"/>
        </w:trPr>
        <w:tc>
          <w:tcPr>
            <w:tcW w:w="4535" w:type="dxa"/>
          </w:tcPr>
          <w:p w14:paraId="66857271" w14:textId="77777777" w:rsidR="00764A60" w:rsidRDefault="00764A60" w:rsidP="00FC28EA">
            <w:pPr>
              <w:jc w:val="center"/>
            </w:pPr>
            <w:r>
              <w:rPr>
                <w:b/>
              </w:rPr>
              <w:t>XÁC NHẬN CỦA BÊN BÁN</w:t>
            </w:r>
            <w:r>
              <w:rPr>
                <w:b/>
              </w:rPr>
              <w:br/>
              <w:t>CÔNG TY CP CÔNG NGHỆ HOÀNG GIA</w:t>
            </w:r>
            <w:r>
              <w:rPr>
                <w:b/>
              </w:rPr>
              <w:br/>
            </w:r>
            <w:r>
              <w:rPr>
                <w:i/>
              </w:rPr>
              <w:t>(Ký, đóng dấu và ghi rõ họ tên)</w:t>
            </w:r>
            <w:r>
              <w:rPr>
                <w:i/>
              </w:rPr>
              <w:br/>
            </w:r>
            <w:r>
              <w:rPr>
                <w:i/>
              </w:rPr>
              <w:br/>
            </w:r>
            <w:r>
              <w:rPr>
                <w:i/>
              </w:rPr>
              <w:br/>
            </w:r>
            <w:r>
              <w:rPr>
                <w:i/>
              </w:rPr>
              <w:br/>
            </w:r>
            <w:r>
              <w:rPr>
                <w:i/>
              </w:rPr>
              <w:br/>
            </w:r>
          </w:p>
        </w:tc>
        <w:tc>
          <w:tcPr>
            <w:tcW w:w="4535" w:type="dxa"/>
          </w:tcPr>
          <w:p w14:paraId="2884392F" w14:textId="77777777" w:rsidR="00764A60" w:rsidRDefault="00764A60" w:rsidP="00FC28EA">
            <w:pPr>
              <w:jc w:val="center"/>
            </w:pPr>
            <w:r>
              <w:rPr>
                <w:b/>
              </w:rPr>
              <w:t>ĐẠI DIỆN BÊN ĐẶT HÀNG</w:t>
            </w:r>
            <w:r>
              <w:rPr>
                <w:b/>
              </w:rPr>
              <w:br/>
              <w:t>CÔNG TY TNHH TM MINH PHÁT</w:t>
            </w:r>
            <w:r>
              <w:rPr>
                <w:b/>
              </w:rPr>
              <w:br/>
            </w:r>
            <w:r>
              <w:rPr>
                <w:i/>
              </w:rPr>
              <w:t>(Ký, đóng dấu và ghi rõ họ tên)</w:t>
            </w:r>
            <w:r>
              <w:rPr>
                <w:i/>
              </w:rPr>
              <w:br/>
            </w:r>
            <w:r>
              <w:rPr>
                <w:i/>
              </w:rPr>
              <w:br/>
            </w:r>
            <w:r>
              <w:rPr>
                <w:i/>
              </w:rPr>
              <w:br/>
            </w:r>
            <w:r>
              <w:rPr>
                <w:i/>
              </w:rPr>
              <w:br/>
            </w:r>
            <w:r>
              <w:rPr>
                <w:i/>
              </w:rPr>
              <w:br/>
            </w:r>
            <w:r>
              <w:rPr>
                <w:b/>
              </w:rPr>
              <w:t>GIÁM ĐỐC</w:t>
            </w:r>
            <w:r>
              <w:rPr>
                <w:b/>
              </w:rPr>
              <w:br/>
              <w:t>Nguyễn Văn Minh</w:t>
            </w:r>
          </w:p>
        </w:tc>
      </w:tr>
    </w:tbl>
    <w:p w14:paraId="35127C8B" w14:textId="77777777" w:rsidR="00367DDE" w:rsidRPr="00367DDE" w:rsidRDefault="00367DDE" w:rsidP="00367DDE">
      <w:pPr>
        <w:tabs>
          <w:tab w:val="left" w:pos="6105"/>
        </w:tabs>
      </w:pPr>
    </w:p>
    <w:sectPr w:rsidR="00367DDE" w:rsidRPr="00367DDE"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960DB96"/>
    <w:lvl w:ilvl="0">
      <w:start w:val="1"/>
      <w:numFmt w:val="bullet"/>
      <w:pStyle w:val="ListBullet"/>
      <w:lvlText w:val=""/>
      <w:lvlJc w:val="left"/>
      <w:pPr>
        <w:tabs>
          <w:tab w:val="num" w:pos="360"/>
        </w:tabs>
        <w:ind w:left="360" w:hanging="360"/>
      </w:pPr>
      <w:rPr>
        <w:rFonts w:ascii="Symbol" w:hAnsi="Symbol" w:hint="default"/>
      </w:rPr>
    </w:lvl>
  </w:abstractNum>
  <w:num w:numId="1" w16cid:durableId="385765260">
    <w:abstractNumId w:val="8"/>
  </w:num>
  <w:num w:numId="2" w16cid:durableId="449053237">
    <w:abstractNumId w:val="6"/>
  </w:num>
  <w:num w:numId="3" w16cid:durableId="1685402267">
    <w:abstractNumId w:val="5"/>
  </w:num>
  <w:num w:numId="4" w16cid:durableId="1649093626">
    <w:abstractNumId w:val="4"/>
  </w:num>
  <w:num w:numId="5" w16cid:durableId="880096655">
    <w:abstractNumId w:val="7"/>
  </w:num>
  <w:num w:numId="6" w16cid:durableId="423109495">
    <w:abstractNumId w:val="3"/>
  </w:num>
  <w:num w:numId="7" w16cid:durableId="1624071038">
    <w:abstractNumId w:val="2"/>
  </w:num>
  <w:num w:numId="8" w16cid:durableId="1298727376">
    <w:abstractNumId w:val="1"/>
  </w:num>
  <w:num w:numId="9" w16cid:durableId="846746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0538"/>
    <w:rsid w:val="002B575D"/>
    <w:rsid w:val="002E528D"/>
    <w:rsid w:val="003139AB"/>
    <w:rsid w:val="00326F90"/>
    <w:rsid w:val="00367DDE"/>
    <w:rsid w:val="003F5F53"/>
    <w:rsid w:val="00446667"/>
    <w:rsid w:val="00494DA6"/>
    <w:rsid w:val="00764A60"/>
    <w:rsid w:val="008078AE"/>
    <w:rsid w:val="00AA1D8D"/>
    <w:rsid w:val="00AF34C1"/>
    <w:rsid w:val="00B25DB6"/>
    <w:rsid w:val="00B47730"/>
    <w:rsid w:val="00CB0664"/>
    <w:rsid w:val="00CF7F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2DC1F4"/>
  <w14:defaultImageDpi w14:val="300"/>
  <w15:docId w15:val="{0E1C44F1-69B5-4736-A913-25070A995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8</cp:revision>
  <dcterms:created xsi:type="dcterms:W3CDTF">2026-10-15T07:10:00Z</dcterms:created>
  <dcterms:modified xsi:type="dcterms:W3CDTF">2026-10-15T09:34:00Z</dcterms:modified>
  <cp:category/>
</cp:coreProperties>
</file>